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17D1B" w14:textId="74A222C3" w:rsidR="00885DD4" w:rsidRPr="00970ED2" w:rsidRDefault="00BE409C" w:rsidP="00C27793">
      <w:pPr>
        <w:spacing w:after="0" w:line="360" w:lineRule="auto"/>
        <w:jc w:val="center"/>
        <w:rPr>
          <w:rFonts w:asciiTheme="minorHAnsi" w:hAnsiTheme="minorHAnsi"/>
          <w:color w:val="auto"/>
          <w:lang w:val="it-IT"/>
        </w:rPr>
      </w:pPr>
      <w:r w:rsidRPr="00970ED2">
        <w:rPr>
          <w:rFonts w:asciiTheme="minorHAnsi" w:hAnsiTheme="minorHAnsi"/>
          <w:b/>
          <w:color w:val="auto"/>
          <w:sz w:val="24"/>
          <w:lang w:val="it-IT"/>
        </w:rPr>
        <w:t xml:space="preserve">MODELLO </w:t>
      </w:r>
    </w:p>
    <w:p w14:paraId="493950E5" w14:textId="3097EB5A" w:rsidR="00885DD4" w:rsidRPr="00970ED2" w:rsidRDefault="000B4773" w:rsidP="00C27793">
      <w:pPr>
        <w:pStyle w:val="Titolo"/>
        <w:spacing w:after="0" w:line="360" w:lineRule="auto"/>
        <w:jc w:val="center"/>
        <w:rPr>
          <w:rFonts w:asciiTheme="minorHAnsi" w:hAnsiTheme="minorHAnsi"/>
          <w:color w:val="auto"/>
          <w:lang w:val="it-IT"/>
        </w:rPr>
      </w:pPr>
      <w:r w:rsidRPr="00970ED2">
        <w:rPr>
          <w:rFonts w:asciiTheme="minorHAnsi" w:hAnsiTheme="minorHAnsi"/>
          <w:color w:val="auto"/>
          <w:lang w:val="it-IT"/>
        </w:rPr>
        <w:t>P</w:t>
      </w:r>
      <w:r w:rsidR="00BE409C" w:rsidRPr="00970ED2">
        <w:rPr>
          <w:rFonts w:asciiTheme="minorHAnsi" w:hAnsiTheme="minorHAnsi"/>
          <w:color w:val="auto"/>
          <w:lang w:val="it-IT"/>
        </w:rPr>
        <w:t>iano di attuazione</w:t>
      </w:r>
      <w:r w:rsidR="00BE409C" w:rsidRPr="00970ED2">
        <w:rPr>
          <w:rFonts w:asciiTheme="minorHAnsi" w:hAnsiTheme="minorHAnsi"/>
          <w:color w:val="auto"/>
          <w:lang w:val="it-IT"/>
        </w:rPr>
        <w:br/>
        <w:t>PGPL 2026–2030</w:t>
      </w:r>
    </w:p>
    <w:p w14:paraId="305E2229" w14:textId="77777777" w:rsidR="000B4773" w:rsidRPr="00970ED2" w:rsidRDefault="000B4773" w:rsidP="000B4773">
      <w:pPr>
        <w:rPr>
          <w:lang w:val="it-IT"/>
        </w:rPr>
      </w:pPr>
    </w:p>
    <w:p w14:paraId="36E14419" w14:textId="77777777" w:rsidR="00885DD4" w:rsidRPr="00970ED2" w:rsidRDefault="00BE409C" w:rsidP="00C27793">
      <w:pPr>
        <w:spacing w:after="0" w:line="360" w:lineRule="auto"/>
        <w:jc w:val="center"/>
        <w:rPr>
          <w:rFonts w:asciiTheme="minorHAnsi" w:hAnsiTheme="minorHAnsi"/>
          <w:color w:val="auto"/>
          <w:lang w:val="it-IT"/>
        </w:rPr>
      </w:pPr>
      <w:r w:rsidRPr="00970ED2">
        <w:rPr>
          <w:rFonts w:asciiTheme="minorHAnsi" w:hAnsiTheme="minorHAnsi"/>
          <w:b/>
          <w:color w:val="auto"/>
          <w:sz w:val="26"/>
          <w:lang w:val="it-IT"/>
        </w:rPr>
        <w:t>Schema comune per gli enti attuatori</w:t>
      </w:r>
    </w:p>
    <w:p w14:paraId="7AFE43ED" w14:textId="77777777" w:rsidR="00885DD4" w:rsidRPr="00970ED2" w:rsidRDefault="00885DD4" w:rsidP="00C27793">
      <w:pPr>
        <w:spacing w:after="0" w:line="360" w:lineRule="auto"/>
        <w:rPr>
          <w:rFonts w:asciiTheme="minorHAnsi" w:hAnsiTheme="minorHAnsi"/>
          <w:color w:val="auto"/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885DD4" w:rsidRPr="00970ED2" w14:paraId="5401439E" w14:textId="77777777">
        <w:trPr>
          <w:jc w:val="center"/>
        </w:trPr>
        <w:tc>
          <w:tcPr>
            <w:tcW w:w="10200" w:type="dxa"/>
            <w:shd w:val="clear" w:color="auto" w:fill="D9EAF7"/>
            <w:vAlign w:val="center"/>
          </w:tcPr>
          <w:p w14:paraId="0780DAEE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b/>
                <w:color w:val="auto"/>
                <w:lang w:val="it-IT"/>
              </w:rPr>
              <w:t>FINALITÀ DEL MODELLO</w:t>
            </w:r>
          </w:p>
          <w:p w14:paraId="755B8B70" w14:textId="4EA6EB6A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9"/>
                <w:lang w:val="it-IT"/>
              </w:rPr>
              <w:t xml:space="preserve">Questo </w:t>
            </w:r>
            <w:r w:rsidR="004F1211" w:rsidRPr="00970ED2">
              <w:rPr>
                <w:rFonts w:asciiTheme="minorHAnsi" w:hAnsiTheme="minorHAnsi"/>
                <w:color w:val="auto"/>
                <w:sz w:val="19"/>
                <w:lang w:val="it-IT"/>
              </w:rPr>
              <w:t>modello</w:t>
            </w:r>
            <w:r w:rsidRPr="00970ED2">
              <w:rPr>
                <w:rFonts w:asciiTheme="minorHAnsi" w:hAnsiTheme="minorHAnsi"/>
                <w:color w:val="auto"/>
                <w:sz w:val="19"/>
                <w:lang w:val="it-IT"/>
              </w:rPr>
              <w:t xml:space="preserve"> traduce in una struttura operativa i requisiti metodologici del § 2.3 del PGPL 2026–2030: ogni ente è chiamato a trasformare gli obiettivi strategici comuni in un proprio piano </w:t>
            </w:r>
            <w:r w:rsidR="00B72755" w:rsidRPr="00970ED2">
              <w:rPr>
                <w:rFonts w:asciiTheme="minorHAnsi" w:hAnsiTheme="minorHAnsi"/>
                <w:color w:val="auto"/>
                <w:sz w:val="19"/>
                <w:lang w:val="it-IT"/>
              </w:rPr>
              <w:t xml:space="preserve">attuativo </w:t>
            </w:r>
            <w:r w:rsidRPr="00970ED2">
              <w:rPr>
                <w:rFonts w:asciiTheme="minorHAnsi" w:hAnsiTheme="minorHAnsi"/>
                <w:color w:val="auto"/>
                <w:sz w:val="19"/>
                <w:lang w:val="it-IT"/>
              </w:rPr>
              <w:t>quinquennale, individuando progetti-obiettivo, risorse umane e professionali, risorse finanziarie, obiettivi di prodotto e di risultato.</w:t>
            </w:r>
          </w:p>
        </w:tc>
      </w:tr>
    </w:tbl>
    <w:p w14:paraId="4F8BEF05" w14:textId="29964F9F" w:rsidR="00885DD4" w:rsidRPr="00970ED2" w:rsidRDefault="00186123" w:rsidP="00C27793">
      <w:pPr>
        <w:pStyle w:val="Istruzione"/>
        <w:spacing w:after="0" w:line="360" w:lineRule="auto"/>
        <w:rPr>
          <w:rFonts w:asciiTheme="minorHAnsi" w:hAnsiTheme="minorHAnsi"/>
          <w:color w:val="auto"/>
          <w:lang w:val="it-IT"/>
        </w:rPr>
      </w:pPr>
      <w:r w:rsidRPr="00970ED2">
        <w:rPr>
          <w:rFonts w:asciiTheme="minorHAnsi" w:hAnsiTheme="minorHAnsi"/>
          <w:color w:val="auto"/>
          <w:lang w:val="it-IT"/>
        </w:rPr>
        <w:t>[</w:t>
      </w:r>
      <w:r w:rsidR="00BE409C" w:rsidRPr="00970ED2">
        <w:rPr>
          <w:rFonts w:asciiTheme="minorHAnsi" w:hAnsiTheme="minorHAnsi"/>
          <w:color w:val="auto"/>
          <w:lang w:val="it-IT"/>
        </w:rPr>
        <w:t>Il modello è volutamente comune nella struttura ma flessibile nei contenuti: le azioni devono essere calibrate sulle specificità dell’ente, del territorio o del pubblico di riferimento, mantenendo però l’allineamento agli obiettivi strategici</w:t>
      </w:r>
      <w:r w:rsidR="00B72755" w:rsidRPr="00970ED2">
        <w:rPr>
          <w:rFonts w:asciiTheme="minorHAnsi" w:hAnsiTheme="minorHAnsi"/>
          <w:color w:val="auto"/>
          <w:lang w:val="it-IT"/>
        </w:rPr>
        <w:t xml:space="preserve"> e</w:t>
      </w:r>
      <w:r w:rsidR="00BE409C" w:rsidRPr="00970ED2">
        <w:rPr>
          <w:rFonts w:asciiTheme="minorHAnsi" w:hAnsiTheme="minorHAnsi"/>
          <w:color w:val="auto"/>
          <w:lang w:val="it-IT"/>
        </w:rPr>
        <w:t xml:space="preserve"> agli standard minimi di tutela dei diritti linguistici</w:t>
      </w:r>
      <w:r w:rsidRPr="00970ED2">
        <w:rPr>
          <w:rFonts w:asciiTheme="minorHAnsi" w:hAnsiTheme="minorHAnsi"/>
          <w:color w:val="auto"/>
          <w:lang w:val="it-IT"/>
        </w:rPr>
        <w:t>]</w:t>
      </w:r>
    </w:p>
    <w:p w14:paraId="6C59B486" w14:textId="77777777" w:rsidR="00524C01" w:rsidRPr="00970ED2" w:rsidRDefault="00524C01" w:rsidP="00C27793">
      <w:pPr>
        <w:pStyle w:val="Istruzione"/>
        <w:spacing w:after="0" w:line="360" w:lineRule="auto"/>
        <w:rPr>
          <w:rFonts w:asciiTheme="minorHAnsi" w:hAnsiTheme="minorHAnsi"/>
          <w:color w:val="auto"/>
          <w:lang w:val="it-IT"/>
        </w:rPr>
      </w:pPr>
    </w:p>
    <w:p w14:paraId="72B79EE2" w14:textId="20965DEA" w:rsidR="00524C01" w:rsidRPr="00970ED2" w:rsidRDefault="004E4D5D" w:rsidP="00C27793">
      <w:pPr>
        <w:pStyle w:val="Istruzione"/>
        <w:numPr>
          <w:ilvl w:val="0"/>
          <w:numId w:val="10"/>
        </w:numPr>
        <w:spacing w:after="0" w:line="360" w:lineRule="auto"/>
        <w:rPr>
          <w:rFonts w:asciiTheme="minorHAnsi" w:hAnsiTheme="minorHAnsi"/>
          <w:b/>
          <w:bCs/>
          <w:i w:val="0"/>
          <w:iCs/>
          <w:color w:val="auto"/>
          <w:sz w:val="32"/>
          <w:szCs w:val="32"/>
        </w:rPr>
      </w:pPr>
      <w:r w:rsidRPr="00970ED2">
        <w:rPr>
          <w:rFonts w:asciiTheme="minorHAnsi" w:hAnsiTheme="minorHAnsi"/>
          <w:b/>
          <w:bCs/>
          <w:i w:val="0"/>
          <w:iCs/>
          <w:color w:val="auto"/>
          <w:sz w:val="32"/>
          <w:szCs w:val="32"/>
        </w:rPr>
        <w:t xml:space="preserve">Quadro </w:t>
      </w:r>
      <w:proofErr w:type="spellStart"/>
      <w:r w:rsidRPr="00970ED2">
        <w:rPr>
          <w:rFonts w:asciiTheme="minorHAnsi" w:hAnsiTheme="minorHAnsi"/>
          <w:b/>
          <w:bCs/>
          <w:i w:val="0"/>
          <w:iCs/>
          <w:color w:val="auto"/>
          <w:sz w:val="32"/>
          <w:szCs w:val="32"/>
        </w:rPr>
        <w:t>generale</w:t>
      </w:r>
      <w:proofErr w:type="spellEnd"/>
    </w:p>
    <w:p w14:paraId="4DD145AB" w14:textId="10D801CB" w:rsidR="004E4D5D" w:rsidRPr="00970ED2" w:rsidRDefault="004E4D5D" w:rsidP="00C27793">
      <w:pPr>
        <w:pStyle w:val="Istruzione"/>
        <w:numPr>
          <w:ilvl w:val="1"/>
          <w:numId w:val="11"/>
        </w:numPr>
        <w:spacing w:after="0" w:line="360" w:lineRule="auto"/>
        <w:rPr>
          <w:rFonts w:asciiTheme="minorHAnsi" w:hAnsiTheme="minorHAnsi"/>
          <w:b/>
          <w:bCs/>
          <w:i w:val="0"/>
          <w:iCs/>
          <w:color w:val="auto"/>
          <w:sz w:val="26"/>
          <w:szCs w:val="26"/>
        </w:rPr>
      </w:pPr>
      <w:proofErr w:type="spellStart"/>
      <w:r w:rsidRPr="00970ED2">
        <w:rPr>
          <w:rFonts w:asciiTheme="minorHAnsi" w:hAnsiTheme="minorHAnsi"/>
          <w:b/>
          <w:bCs/>
          <w:i w:val="0"/>
          <w:iCs/>
          <w:color w:val="auto"/>
          <w:sz w:val="26"/>
          <w:szCs w:val="26"/>
        </w:rPr>
        <w:t>Anagrafica</w:t>
      </w:r>
      <w:proofErr w:type="spellEnd"/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71"/>
      </w:tblGrid>
      <w:tr w:rsidR="00885DD4" w:rsidRPr="00970ED2" w14:paraId="14956837" w14:textId="77777777" w:rsidTr="00171B73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D7EDD" w14:textId="072D7229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Ente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</w:t>
            </w:r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8BB48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  <w:tr w:rsidR="00885DD4" w:rsidRPr="00970ED2" w14:paraId="58E66ECD" w14:textId="77777777" w:rsidTr="00171B73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BBC27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Periodo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di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validità</w:t>
            </w:r>
            <w:proofErr w:type="spellEnd"/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E0A86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2026–2030</w:t>
            </w:r>
          </w:p>
        </w:tc>
      </w:tr>
      <w:tr w:rsidR="00171B73" w:rsidRPr="00970ED2" w14:paraId="42EF4382" w14:textId="77777777" w:rsidTr="00171B73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B3A62" w14:textId="3377E80F" w:rsidR="00171B73" w:rsidRPr="00970ED2" w:rsidRDefault="00171B73" w:rsidP="00171B73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>Organo che ha approvato l’atto e data di approvazione</w:t>
            </w:r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B8FFA" w14:textId="1A0E5680" w:rsidR="00171B73" w:rsidRPr="00970ED2" w:rsidRDefault="00171B73" w:rsidP="00171B7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</w:t>
            </w:r>
            <w:proofErr w:type="gramStart"/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ORGANO]  [</w:t>
            </w:r>
            <w:proofErr w:type="gramEnd"/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 xml:space="preserve">GG/MM/AAAA] </w:t>
            </w:r>
          </w:p>
        </w:tc>
      </w:tr>
      <w:tr w:rsidR="00171B73" w:rsidRPr="00970ED2" w14:paraId="3B67F592" w14:textId="77777777" w:rsidTr="00171B73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DBC53" w14:textId="26B88E8C" w:rsidR="00171B73" w:rsidRPr="00970ED2" w:rsidRDefault="003774A1" w:rsidP="00171B73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>Responsabile</w:t>
            </w:r>
            <w:r w:rsidR="00171B73"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 xml:space="preserve"> Piano</w:t>
            </w:r>
            <w:r w:rsidR="00B82C0D"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 xml:space="preserve"> </w:t>
            </w:r>
            <w:r w:rsidR="009266EC"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 xml:space="preserve">di attuazione </w:t>
            </w:r>
            <w:r w:rsidR="00B82C0D"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>e suoi recapiti (email e telefono)</w:t>
            </w:r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E9DC8" w14:textId="3352B98D" w:rsidR="00171B73" w:rsidRPr="00970ED2" w:rsidRDefault="00171B73" w:rsidP="00171B7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[NOME – CONTATTI]</w:t>
            </w:r>
          </w:p>
        </w:tc>
      </w:tr>
      <w:tr w:rsidR="00171B73" w:rsidRPr="00970ED2" w14:paraId="6A602D88" w14:textId="77777777" w:rsidTr="00171B73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4BBE1" w14:textId="77777777" w:rsidR="00171B73" w:rsidRPr="00970ED2" w:rsidRDefault="00171B73" w:rsidP="00171B7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Versione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del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documento</w:t>
            </w:r>
            <w:proofErr w:type="spellEnd"/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87869" w14:textId="77777777" w:rsidR="00171B73" w:rsidRPr="00970ED2" w:rsidRDefault="00171B73" w:rsidP="00171B7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 xml:space="preserve">[v. 1.0 / </w:t>
            </w:r>
            <w:proofErr w:type="spellStart"/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revisione</w:t>
            </w:r>
            <w:proofErr w:type="spellEnd"/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]</w:t>
            </w:r>
          </w:p>
        </w:tc>
      </w:tr>
    </w:tbl>
    <w:p w14:paraId="32DF0605" w14:textId="77777777" w:rsidR="00D10627" w:rsidRPr="00970ED2" w:rsidRDefault="00D10627" w:rsidP="00C27793">
      <w:pPr>
        <w:pStyle w:val="Titolo2"/>
        <w:spacing w:before="0" w:line="360" w:lineRule="auto"/>
        <w:rPr>
          <w:rFonts w:asciiTheme="minorHAnsi" w:hAnsiTheme="minorHAnsi"/>
          <w:color w:val="auto"/>
        </w:rPr>
      </w:pPr>
    </w:p>
    <w:p w14:paraId="44E639DA" w14:textId="14A383C0" w:rsidR="00885DD4" w:rsidRPr="00970ED2" w:rsidRDefault="00BE409C" w:rsidP="00C27793">
      <w:pPr>
        <w:pStyle w:val="Titolo2"/>
        <w:numPr>
          <w:ilvl w:val="1"/>
          <w:numId w:val="11"/>
        </w:numPr>
        <w:spacing w:before="0" w:line="360" w:lineRule="auto"/>
        <w:rPr>
          <w:rFonts w:asciiTheme="minorHAnsi" w:hAnsiTheme="minorHAnsi"/>
          <w:color w:val="auto"/>
        </w:rPr>
      </w:pPr>
      <w:proofErr w:type="spellStart"/>
      <w:r w:rsidRPr="00970ED2">
        <w:rPr>
          <w:rFonts w:asciiTheme="minorHAnsi" w:hAnsiTheme="minorHAnsi"/>
          <w:color w:val="auto"/>
        </w:rPr>
        <w:t>Perimetro</w:t>
      </w:r>
      <w:proofErr w:type="spellEnd"/>
      <w:r w:rsidRPr="00970ED2">
        <w:rPr>
          <w:rFonts w:asciiTheme="minorHAnsi" w:hAnsiTheme="minorHAnsi"/>
          <w:color w:val="auto"/>
        </w:rPr>
        <w:t xml:space="preserve"> di </w:t>
      </w:r>
      <w:proofErr w:type="spellStart"/>
      <w:r w:rsidRPr="00970ED2">
        <w:rPr>
          <w:rFonts w:asciiTheme="minorHAnsi" w:hAnsiTheme="minorHAnsi"/>
          <w:color w:val="auto"/>
        </w:rPr>
        <w:t>competenza</w:t>
      </w:r>
      <w:proofErr w:type="spellEnd"/>
      <w:r w:rsidRPr="00970ED2">
        <w:rPr>
          <w:rFonts w:asciiTheme="minorHAnsi" w:hAnsiTheme="minorHAnsi"/>
          <w:color w:val="auto"/>
        </w:rPr>
        <w:t xml:space="preserve"> e </w:t>
      </w:r>
      <w:proofErr w:type="spellStart"/>
      <w:r w:rsidRPr="00970ED2">
        <w:rPr>
          <w:rFonts w:asciiTheme="minorHAnsi" w:hAnsiTheme="minorHAnsi"/>
          <w:color w:val="auto"/>
        </w:rPr>
        <w:t>destinatari</w:t>
      </w:r>
      <w:proofErr w:type="spellEnd"/>
    </w:p>
    <w:p w14:paraId="4F464799" w14:textId="36FE9D24" w:rsidR="00885DD4" w:rsidRPr="00970ED2" w:rsidRDefault="00BE409C" w:rsidP="00C27793">
      <w:pPr>
        <w:spacing w:after="0" w:line="360" w:lineRule="auto"/>
        <w:rPr>
          <w:rFonts w:asciiTheme="minorHAnsi" w:hAnsiTheme="minorHAnsi"/>
          <w:i/>
          <w:iCs/>
          <w:color w:val="auto"/>
          <w:lang w:val="it-IT"/>
        </w:rPr>
      </w:pPr>
      <w:r w:rsidRPr="00970ED2">
        <w:rPr>
          <w:rFonts w:asciiTheme="minorHAnsi" w:hAnsiTheme="minorHAnsi"/>
          <w:i/>
          <w:iCs/>
          <w:color w:val="auto"/>
          <w:lang w:val="it-IT"/>
        </w:rPr>
        <w:t xml:space="preserve">[Descrivere in </w:t>
      </w:r>
      <w:r w:rsidR="00497DE2" w:rsidRPr="00970ED2">
        <w:rPr>
          <w:rFonts w:asciiTheme="minorHAnsi" w:hAnsiTheme="minorHAnsi"/>
          <w:i/>
          <w:iCs/>
          <w:color w:val="auto"/>
          <w:lang w:val="it-IT"/>
        </w:rPr>
        <w:t xml:space="preserve">breve </w:t>
      </w:r>
      <w:r w:rsidRPr="00970ED2">
        <w:rPr>
          <w:rFonts w:asciiTheme="minorHAnsi" w:hAnsiTheme="minorHAnsi"/>
          <w:i/>
          <w:iCs/>
          <w:color w:val="auto"/>
          <w:lang w:val="it-IT"/>
        </w:rPr>
        <w:t>le funzioni dell’ente rilevanti per la politica linguistica, i servizi interessati, il territorio o il pubblico di riferimento e i principali vincoli]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6"/>
      </w:tblGrid>
      <w:tr w:rsidR="009A71B8" w:rsidRPr="00970ED2" w14:paraId="556EF1EC" w14:textId="77777777" w:rsidTr="003D7388">
        <w:trPr>
          <w:trHeight w:val="510"/>
        </w:trPr>
        <w:tc>
          <w:tcPr>
            <w:tcW w:w="1030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4F846" w14:textId="77777777" w:rsidR="009A71B8" w:rsidRPr="00970ED2" w:rsidRDefault="009A71B8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21759256" w14:textId="77777777" w:rsidR="009A71B8" w:rsidRPr="00970ED2" w:rsidRDefault="009A71B8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367BBF4A" w14:textId="77777777" w:rsidR="009A71B8" w:rsidRPr="00970ED2" w:rsidRDefault="009A71B8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44664FC0" w14:textId="77777777" w:rsidR="009A71B8" w:rsidRPr="00970ED2" w:rsidRDefault="009A71B8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240E58BC" w14:textId="77777777" w:rsidR="009A71B8" w:rsidRPr="00970ED2" w:rsidRDefault="009A71B8" w:rsidP="00C27793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lastRenderedPageBreak/>
              <w:t xml:space="preserve"> </w:t>
            </w:r>
          </w:p>
        </w:tc>
      </w:tr>
    </w:tbl>
    <w:p w14:paraId="757B454B" w14:textId="77777777" w:rsidR="00F04516" w:rsidRPr="00970ED2" w:rsidRDefault="00F04516" w:rsidP="00C27793">
      <w:pPr>
        <w:spacing w:after="0" w:line="360" w:lineRule="auto"/>
        <w:rPr>
          <w:rFonts w:asciiTheme="minorHAnsi" w:hAnsiTheme="minorHAnsi"/>
          <w:color w:val="auto"/>
          <w:lang w:val="it-IT"/>
        </w:rPr>
      </w:pPr>
    </w:p>
    <w:p w14:paraId="460DAB06" w14:textId="77777777" w:rsidR="00F04516" w:rsidRPr="00970ED2" w:rsidRDefault="00F04516" w:rsidP="00C27793">
      <w:pPr>
        <w:spacing w:after="0" w:line="360" w:lineRule="auto"/>
        <w:rPr>
          <w:rFonts w:asciiTheme="minorHAnsi" w:hAnsiTheme="minorHAnsi"/>
          <w:color w:val="auto"/>
          <w:lang w:val="it-IT"/>
        </w:rPr>
      </w:pPr>
    </w:p>
    <w:p w14:paraId="28D3D9FA" w14:textId="77777777" w:rsidR="00F04516" w:rsidRPr="00970ED2" w:rsidRDefault="00F04516" w:rsidP="00C27793">
      <w:pPr>
        <w:spacing w:after="0" w:line="360" w:lineRule="auto"/>
        <w:rPr>
          <w:rFonts w:asciiTheme="minorHAnsi" w:hAnsiTheme="minorHAnsi"/>
          <w:color w:val="auto"/>
          <w:lang w:val="it-IT"/>
        </w:rPr>
      </w:pPr>
    </w:p>
    <w:p w14:paraId="252502B5" w14:textId="32933A48" w:rsidR="00885DD4" w:rsidRPr="00970ED2" w:rsidRDefault="00741CBE" w:rsidP="00C27793">
      <w:pPr>
        <w:pStyle w:val="Titolo1"/>
        <w:numPr>
          <w:ilvl w:val="0"/>
          <w:numId w:val="11"/>
        </w:numPr>
        <w:spacing w:before="0" w:line="360" w:lineRule="auto"/>
        <w:rPr>
          <w:rFonts w:asciiTheme="minorHAnsi" w:hAnsiTheme="minorHAnsi"/>
          <w:color w:val="auto"/>
        </w:rPr>
      </w:pPr>
      <w:proofErr w:type="spellStart"/>
      <w:r w:rsidRPr="00970ED2">
        <w:rPr>
          <w:rFonts w:asciiTheme="minorHAnsi" w:hAnsiTheme="minorHAnsi"/>
          <w:color w:val="auto"/>
        </w:rPr>
        <w:t>P</w:t>
      </w:r>
      <w:r w:rsidR="00BE409C" w:rsidRPr="00970ED2">
        <w:rPr>
          <w:rFonts w:asciiTheme="minorHAnsi" w:hAnsiTheme="minorHAnsi"/>
          <w:color w:val="auto"/>
        </w:rPr>
        <w:t>rogett</w:t>
      </w:r>
      <w:r w:rsidRPr="00970ED2">
        <w:rPr>
          <w:rFonts w:asciiTheme="minorHAnsi" w:hAnsiTheme="minorHAnsi"/>
          <w:color w:val="auto"/>
        </w:rPr>
        <w:t>i</w:t>
      </w:r>
      <w:r w:rsidR="00BE409C" w:rsidRPr="00970ED2">
        <w:rPr>
          <w:rFonts w:asciiTheme="minorHAnsi" w:hAnsiTheme="minorHAnsi"/>
          <w:color w:val="auto"/>
        </w:rPr>
        <w:t>-obiettivo</w:t>
      </w:r>
      <w:proofErr w:type="spellEnd"/>
    </w:p>
    <w:p w14:paraId="10C024A9" w14:textId="086684EA" w:rsidR="00741CBE" w:rsidRPr="00970ED2" w:rsidRDefault="00741CBE" w:rsidP="00C27793">
      <w:pPr>
        <w:pStyle w:val="Paragrafoelenco"/>
        <w:spacing w:after="0" w:line="360" w:lineRule="auto"/>
        <w:ind w:left="420"/>
        <w:rPr>
          <w:rFonts w:asciiTheme="minorHAnsi" w:hAnsiTheme="minorHAnsi"/>
          <w:i/>
          <w:iCs/>
          <w:color w:val="auto"/>
        </w:rPr>
      </w:pPr>
      <w:r w:rsidRPr="00970ED2">
        <w:rPr>
          <w:rFonts w:asciiTheme="minorHAnsi" w:hAnsiTheme="minorHAnsi"/>
          <w:i/>
          <w:iCs/>
          <w:color w:val="auto"/>
        </w:rPr>
        <w:t>[</w:t>
      </w:r>
      <w:proofErr w:type="spellStart"/>
      <w:r w:rsidR="003E191A" w:rsidRPr="00970ED2">
        <w:rPr>
          <w:rFonts w:asciiTheme="minorHAnsi" w:hAnsiTheme="minorHAnsi"/>
          <w:i/>
          <w:iCs/>
          <w:color w:val="auto"/>
        </w:rPr>
        <w:t>replicare</w:t>
      </w:r>
      <w:proofErr w:type="spellEnd"/>
      <w:r w:rsidR="003E191A" w:rsidRPr="00970ED2">
        <w:rPr>
          <w:rFonts w:asciiTheme="minorHAnsi" w:hAnsiTheme="minorHAnsi"/>
          <w:i/>
          <w:iCs/>
          <w:color w:val="auto"/>
        </w:rPr>
        <w:t xml:space="preserve"> per </w:t>
      </w:r>
      <w:proofErr w:type="spellStart"/>
      <w:r w:rsidR="003E191A" w:rsidRPr="00970ED2">
        <w:rPr>
          <w:rFonts w:asciiTheme="minorHAnsi" w:hAnsiTheme="minorHAnsi"/>
          <w:i/>
          <w:iCs/>
          <w:color w:val="auto"/>
        </w:rPr>
        <w:t>ciascun</w:t>
      </w:r>
      <w:proofErr w:type="spellEnd"/>
      <w:r w:rsidR="003E191A" w:rsidRPr="00970ED2">
        <w:rPr>
          <w:rFonts w:asciiTheme="minorHAnsi" w:hAnsiTheme="minorHAnsi"/>
          <w:i/>
          <w:iCs/>
          <w:color w:val="auto"/>
        </w:rPr>
        <w:t xml:space="preserve"> </w:t>
      </w:r>
      <w:proofErr w:type="spellStart"/>
      <w:r w:rsidR="003E191A" w:rsidRPr="00970ED2">
        <w:rPr>
          <w:rFonts w:asciiTheme="minorHAnsi" w:hAnsiTheme="minorHAnsi"/>
          <w:i/>
          <w:iCs/>
          <w:color w:val="auto"/>
        </w:rPr>
        <w:t>progetto</w:t>
      </w:r>
      <w:proofErr w:type="spellEnd"/>
      <w:r w:rsidRPr="00970ED2">
        <w:rPr>
          <w:rFonts w:asciiTheme="minorHAnsi" w:hAnsiTheme="minorHAnsi"/>
          <w:i/>
          <w:iCs/>
          <w:color w:val="auto"/>
        </w:rPr>
        <w:t>]</w:t>
      </w:r>
    </w:p>
    <w:p w14:paraId="237D15F5" w14:textId="77777777" w:rsidR="00741CBE" w:rsidRPr="00970ED2" w:rsidRDefault="00741CBE" w:rsidP="00C27793">
      <w:pPr>
        <w:spacing w:after="0" w:line="360" w:lineRule="auto"/>
      </w:pPr>
    </w:p>
    <w:p w14:paraId="310AAED9" w14:textId="1F05E553" w:rsidR="002122A3" w:rsidRPr="00970ED2" w:rsidRDefault="00BE409C" w:rsidP="00C27793">
      <w:pPr>
        <w:pStyle w:val="Titolo2"/>
        <w:numPr>
          <w:ilvl w:val="1"/>
          <w:numId w:val="11"/>
        </w:numPr>
        <w:spacing w:before="0" w:line="360" w:lineRule="auto"/>
        <w:rPr>
          <w:rFonts w:asciiTheme="minorHAnsi" w:hAnsiTheme="minorHAnsi"/>
          <w:color w:val="auto"/>
        </w:rPr>
      </w:pPr>
      <w:r w:rsidRPr="00970ED2">
        <w:rPr>
          <w:rFonts w:asciiTheme="minorHAnsi" w:hAnsiTheme="minorHAnsi"/>
          <w:color w:val="auto"/>
        </w:rPr>
        <w:t xml:space="preserve">   </w:t>
      </w:r>
      <w:proofErr w:type="spellStart"/>
      <w:r w:rsidRPr="00970ED2">
        <w:rPr>
          <w:rFonts w:asciiTheme="minorHAnsi" w:hAnsiTheme="minorHAnsi"/>
          <w:color w:val="auto"/>
        </w:rPr>
        <w:t>Titolo</w:t>
      </w:r>
      <w:proofErr w:type="spellEnd"/>
      <w:r w:rsidRPr="00970ED2">
        <w:rPr>
          <w:rFonts w:asciiTheme="minorHAnsi" w:hAnsiTheme="minorHAnsi"/>
          <w:color w:val="auto"/>
        </w:rPr>
        <w:t xml:space="preserve">: </w:t>
      </w:r>
      <w:r w:rsidRPr="00970ED2">
        <w:rPr>
          <w:rFonts w:asciiTheme="minorHAnsi" w:hAnsiTheme="minorHAnsi"/>
          <w:b w:val="0"/>
          <w:bCs w:val="0"/>
          <w:i/>
          <w:iCs/>
          <w:color w:val="auto"/>
        </w:rPr>
        <w:t>[INSERIRE]</w:t>
      </w:r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71"/>
      </w:tblGrid>
      <w:tr w:rsidR="000857C4" w:rsidRPr="00970ED2" w14:paraId="6AB60AF4" w14:textId="77777777" w:rsidTr="000857C4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B38CF" w14:textId="407F8869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Ambito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di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intervento</w:t>
            </w:r>
            <w:proofErr w:type="spellEnd"/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F2548" w14:textId="0136BBE6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  <w:lang w:val="it-IT"/>
              </w:rPr>
              <w:t xml:space="preserve">[PA / scuola / media / presenza sociale / tecnologie / </w:t>
            </w:r>
            <w:proofErr w:type="gramStart"/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  <w:lang w:val="it-IT"/>
              </w:rPr>
              <w:t>corpus ]</w:t>
            </w:r>
            <w:proofErr w:type="gramEnd"/>
          </w:p>
        </w:tc>
      </w:tr>
      <w:tr w:rsidR="000857C4" w:rsidRPr="00970ED2" w14:paraId="345DE169" w14:textId="77777777" w:rsidTr="000857C4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F1DA3" w14:textId="59103540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Destinatari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principali</w:t>
            </w:r>
            <w:proofErr w:type="spellEnd"/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0DEBD" w14:textId="5DD7BBFA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  <w:tr w:rsidR="000857C4" w:rsidRPr="00970ED2" w14:paraId="14D5843C" w14:textId="77777777" w:rsidTr="000857C4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D5097" w14:textId="5369F5C8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8"/>
                <w:lang w:val="it-IT"/>
              </w:rPr>
              <w:t>Referente del progetto e suoi recapiti (email e telefono)</w:t>
            </w:r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9635B" w14:textId="77777777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  <w:tr w:rsidR="000857C4" w:rsidRPr="00970ED2" w14:paraId="0CB8E531" w14:textId="77777777" w:rsidTr="000857C4"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EB41B" w14:textId="77777777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Partner /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soggetti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coinvolti</w:t>
            </w:r>
            <w:proofErr w:type="spellEnd"/>
          </w:p>
        </w:tc>
        <w:tc>
          <w:tcPr>
            <w:tcW w:w="74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0667F" w14:textId="77777777" w:rsidR="000857C4" w:rsidRPr="00970ED2" w:rsidRDefault="000857C4" w:rsidP="000857C4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</w:tbl>
    <w:p w14:paraId="2ADAA3E4" w14:textId="77777777" w:rsidR="00202672" w:rsidRPr="00970ED2" w:rsidRDefault="00202672" w:rsidP="009105AC">
      <w:pPr>
        <w:pStyle w:val="Titolo2"/>
        <w:spacing w:before="0" w:line="360" w:lineRule="auto"/>
        <w:rPr>
          <w:rFonts w:asciiTheme="minorHAnsi" w:hAnsiTheme="minorHAnsi"/>
          <w:color w:val="auto"/>
        </w:rPr>
      </w:pPr>
    </w:p>
    <w:p w14:paraId="16440113" w14:textId="061149B7" w:rsidR="00D665FC" w:rsidRPr="00970ED2" w:rsidRDefault="00060073" w:rsidP="00C27793">
      <w:pPr>
        <w:pStyle w:val="Titolo2"/>
        <w:numPr>
          <w:ilvl w:val="1"/>
          <w:numId w:val="11"/>
        </w:numPr>
        <w:spacing w:before="0" w:line="360" w:lineRule="auto"/>
        <w:rPr>
          <w:rFonts w:asciiTheme="minorHAnsi" w:hAnsiTheme="minorHAnsi"/>
          <w:color w:val="auto"/>
        </w:rPr>
      </w:pPr>
      <w:proofErr w:type="spellStart"/>
      <w:r w:rsidRPr="00970ED2">
        <w:rPr>
          <w:rFonts w:asciiTheme="minorHAnsi" w:hAnsiTheme="minorHAnsi"/>
          <w:color w:val="auto"/>
        </w:rPr>
        <w:t>Obiettiv</w:t>
      </w:r>
      <w:r w:rsidR="00E57E1A" w:rsidRPr="00970ED2">
        <w:rPr>
          <w:rFonts w:asciiTheme="minorHAnsi" w:hAnsiTheme="minorHAnsi"/>
          <w:color w:val="auto"/>
        </w:rPr>
        <w:t>i</w:t>
      </w:r>
      <w:proofErr w:type="spellEnd"/>
      <w:r w:rsidRPr="00970ED2">
        <w:rPr>
          <w:rFonts w:asciiTheme="minorHAnsi" w:hAnsiTheme="minorHAnsi"/>
          <w:color w:val="auto"/>
        </w:rPr>
        <w:t xml:space="preserve"> </w:t>
      </w:r>
      <w:proofErr w:type="spellStart"/>
      <w:r w:rsidRPr="00970ED2">
        <w:rPr>
          <w:rFonts w:asciiTheme="minorHAnsi" w:hAnsiTheme="minorHAnsi"/>
          <w:color w:val="auto"/>
        </w:rPr>
        <w:t>specific</w:t>
      </w:r>
      <w:r w:rsidR="00E57E1A" w:rsidRPr="00970ED2">
        <w:rPr>
          <w:rFonts w:asciiTheme="minorHAnsi" w:hAnsiTheme="minorHAnsi"/>
          <w:color w:val="auto"/>
        </w:rPr>
        <w:t>i</w:t>
      </w:r>
      <w:proofErr w:type="spellEnd"/>
      <w:r w:rsidRPr="00970ED2">
        <w:rPr>
          <w:rFonts w:asciiTheme="minorHAnsi" w:hAnsiTheme="minorHAnsi"/>
          <w:color w:val="auto"/>
        </w:rPr>
        <w:t xml:space="preserve"> del </w:t>
      </w:r>
      <w:proofErr w:type="spellStart"/>
      <w:r w:rsidRPr="00970ED2">
        <w:rPr>
          <w:rFonts w:asciiTheme="minorHAnsi" w:hAnsiTheme="minorHAnsi"/>
          <w:color w:val="auto"/>
        </w:rPr>
        <w:t>progetto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5"/>
      </w:tblGrid>
      <w:tr w:rsidR="00171C27" w:rsidRPr="00970ED2" w14:paraId="53E9E556" w14:textId="77777777" w:rsidTr="003D7388">
        <w:trPr>
          <w:trHeight w:val="510"/>
        </w:trPr>
        <w:tc>
          <w:tcPr>
            <w:tcW w:w="1016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F348C" w14:textId="77777777" w:rsidR="00171C27" w:rsidRPr="00970ED2" w:rsidRDefault="00171C2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  <w:p w14:paraId="0E3D8901" w14:textId="77777777" w:rsidR="00171C27" w:rsidRPr="00970ED2" w:rsidRDefault="00171C2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  <w:p w14:paraId="2C9FD777" w14:textId="77777777" w:rsidR="00171C27" w:rsidRPr="00970ED2" w:rsidRDefault="00171C2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  <w:p w14:paraId="763933EB" w14:textId="77777777" w:rsidR="00171C27" w:rsidRPr="00970ED2" w:rsidRDefault="00171C2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  <w:p w14:paraId="1F4FCFF6" w14:textId="0B19C221" w:rsidR="00171C27" w:rsidRPr="00970ED2" w:rsidRDefault="00171C27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</w:tbl>
    <w:p w14:paraId="73EE2313" w14:textId="77777777" w:rsidR="004666C6" w:rsidRPr="00970ED2" w:rsidRDefault="004666C6" w:rsidP="004666C6">
      <w:pPr>
        <w:spacing w:after="0" w:line="360" w:lineRule="auto"/>
        <w:rPr>
          <w:rFonts w:asciiTheme="minorHAnsi" w:hAnsiTheme="minorHAnsi"/>
          <w:b/>
          <w:bCs/>
          <w:color w:val="auto"/>
          <w:sz w:val="26"/>
          <w:szCs w:val="26"/>
        </w:rPr>
      </w:pPr>
    </w:p>
    <w:p w14:paraId="1AE34C41" w14:textId="4C795EB8" w:rsidR="008A17BD" w:rsidRPr="00970ED2" w:rsidRDefault="004666C6" w:rsidP="008A17BD">
      <w:pPr>
        <w:pStyle w:val="Paragrafoelenco"/>
        <w:numPr>
          <w:ilvl w:val="1"/>
          <w:numId w:val="11"/>
        </w:numPr>
        <w:spacing w:after="0" w:line="360" w:lineRule="auto"/>
        <w:rPr>
          <w:rFonts w:asciiTheme="minorHAnsi" w:hAnsiTheme="minorHAnsi"/>
          <w:b/>
          <w:bCs/>
          <w:color w:val="auto"/>
          <w:sz w:val="26"/>
          <w:szCs w:val="26"/>
        </w:rPr>
      </w:pPr>
      <w:proofErr w:type="spellStart"/>
      <w:r w:rsidRPr="00970ED2">
        <w:rPr>
          <w:rFonts w:asciiTheme="minorHAnsi" w:hAnsiTheme="minorHAnsi"/>
          <w:b/>
          <w:bCs/>
          <w:color w:val="auto"/>
          <w:sz w:val="26"/>
          <w:szCs w:val="26"/>
        </w:rPr>
        <w:t>Analisi</w:t>
      </w:r>
      <w:proofErr w:type="spellEnd"/>
      <w:r w:rsidRPr="00970ED2">
        <w:rPr>
          <w:rFonts w:asciiTheme="minorHAnsi" w:hAnsiTheme="minorHAnsi"/>
          <w:b/>
          <w:bCs/>
          <w:color w:val="auto"/>
          <w:sz w:val="26"/>
          <w:szCs w:val="26"/>
        </w:rPr>
        <w:t xml:space="preserve"> SW</w:t>
      </w:r>
      <w:r w:rsidR="008A17BD" w:rsidRPr="00970ED2">
        <w:rPr>
          <w:rFonts w:asciiTheme="minorHAnsi" w:hAnsiTheme="minorHAnsi"/>
          <w:b/>
          <w:bCs/>
          <w:color w:val="auto"/>
          <w:sz w:val="26"/>
          <w:szCs w:val="26"/>
        </w:rPr>
        <w:t>O</w:t>
      </w:r>
      <w:r w:rsidRPr="00970ED2">
        <w:rPr>
          <w:rFonts w:asciiTheme="minorHAnsi" w:hAnsiTheme="minorHAnsi"/>
          <w:b/>
          <w:bCs/>
          <w:color w:val="auto"/>
          <w:sz w:val="26"/>
          <w:szCs w:val="26"/>
        </w:rPr>
        <w:t>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694"/>
        <w:gridCol w:w="2693"/>
        <w:gridCol w:w="2410"/>
      </w:tblGrid>
      <w:tr w:rsidR="004666C6" w:rsidRPr="00970ED2" w14:paraId="6E062C6C" w14:textId="77777777" w:rsidTr="00DC0E44">
        <w:trPr>
          <w:jc w:val="center"/>
        </w:trPr>
        <w:tc>
          <w:tcPr>
            <w:tcW w:w="241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C288F" w14:textId="77777777" w:rsidR="004666C6" w:rsidRPr="00970ED2" w:rsidRDefault="004666C6" w:rsidP="00DC0E44">
            <w:proofErr w:type="spellStart"/>
            <w:r w:rsidRPr="00970ED2">
              <w:rPr>
                <w:b/>
                <w:color w:val="FFFFFF"/>
                <w:sz w:val="17"/>
              </w:rPr>
              <w:t>Punti</w:t>
            </w:r>
            <w:proofErr w:type="spellEnd"/>
            <w:r w:rsidRPr="00970ED2">
              <w:rPr>
                <w:b/>
                <w:color w:val="FFFFFF"/>
                <w:sz w:val="17"/>
              </w:rPr>
              <w:t xml:space="preserve"> di forza</w:t>
            </w:r>
          </w:p>
        </w:tc>
        <w:tc>
          <w:tcPr>
            <w:tcW w:w="2694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CE238" w14:textId="77777777" w:rsidR="004666C6" w:rsidRPr="00970ED2" w:rsidRDefault="004666C6" w:rsidP="00DC0E44">
            <w:proofErr w:type="spellStart"/>
            <w:r w:rsidRPr="00970ED2">
              <w:rPr>
                <w:b/>
                <w:color w:val="FFFFFF"/>
                <w:sz w:val="17"/>
              </w:rPr>
              <w:t>Punti</w:t>
            </w:r>
            <w:proofErr w:type="spellEnd"/>
            <w:r w:rsidRPr="00970ED2">
              <w:rPr>
                <w:b/>
                <w:color w:val="FFFFFF"/>
                <w:sz w:val="17"/>
              </w:rPr>
              <w:t xml:space="preserve"> di </w:t>
            </w:r>
            <w:proofErr w:type="spellStart"/>
            <w:r w:rsidRPr="00970ED2">
              <w:rPr>
                <w:b/>
                <w:color w:val="FFFFFF"/>
                <w:sz w:val="17"/>
              </w:rPr>
              <w:t>debolezza</w:t>
            </w:r>
            <w:proofErr w:type="spellEnd"/>
          </w:p>
        </w:tc>
        <w:tc>
          <w:tcPr>
            <w:tcW w:w="269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F6A3E" w14:textId="77777777" w:rsidR="004666C6" w:rsidRPr="00970ED2" w:rsidRDefault="004666C6" w:rsidP="00DC0E44">
            <w:proofErr w:type="spellStart"/>
            <w:r w:rsidRPr="00970ED2">
              <w:rPr>
                <w:b/>
                <w:color w:val="FFFFFF"/>
                <w:sz w:val="17"/>
              </w:rPr>
              <w:t>Opportunità</w:t>
            </w:r>
            <w:proofErr w:type="spellEnd"/>
          </w:p>
        </w:tc>
        <w:tc>
          <w:tcPr>
            <w:tcW w:w="241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B9594" w14:textId="77777777" w:rsidR="004666C6" w:rsidRPr="00970ED2" w:rsidRDefault="004666C6" w:rsidP="00DC0E44">
            <w:proofErr w:type="spellStart"/>
            <w:r w:rsidRPr="00970ED2">
              <w:rPr>
                <w:b/>
                <w:color w:val="FFFFFF"/>
                <w:sz w:val="17"/>
              </w:rPr>
              <w:t>Minacce</w:t>
            </w:r>
            <w:proofErr w:type="spellEnd"/>
          </w:p>
        </w:tc>
      </w:tr>
      <w:tr w:rsidR="004666C6" w:rsidRPr="00970ED2" w14:paraId="112D6ED3" w14:textId="77777777" w:rsidTr="00DC0E44">
        <w:trPr>
          <w:trHeight w:val="510"/>
          <w:jc w:val="center"/>
        </w:trPr>
        <w:tc>
          <w:tcPr>
            <w:tcW w:w="24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32D62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0F613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CF8EA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603D3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</w:tr>
      <w:tr w:rsidR="004666C6" w:rsidRPr="00970ED2" w14:paraId="71646171" w14:textId="77777777" w:rsidTr="00DC0E44">
        <w:trPr>
          <w:trHeight w:val="510"/>
          <w:jc w:val="center"/>
        </w:trPr>
        <w:tc>
          <w:tcPr>
            <w:tcW w:w="241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15ED6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FE47A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CE0A7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41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359AF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</w:tr>
      <w:tr w:rsidR="004666C6" w:rsidRPr="00970ED2" w14:paraId="2C30790B" w14:textId="77777777" w:rsidTr="00DC0E44">
        <w:trPr>
          <w:trHeight w:val="510"/>
          <w:jc w:val="center"/>
        </w:trPr>
        <w:tc>
          <w:tcPr>
            <w:tcW w:w="24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B2835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25257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DD2AF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85FCF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</w:tr>
      <w:tr w:rsidR="004666C6" w:rsidRPr="00970ED2" w14:paraId="4D944C8A" w14:textId="77777777" w:rsidTr="00DC0E44">
        <w:trPr>
          <w:trHeight w:val="510"/>
          <w:jc w:val="center"/>
        </w:trPr>
        <w:tc>
          <w:tcPr>
            <w:tcW w:w="241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0639A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9E528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69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9240C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  <w:tc>
          <w:tcPr>
            <w:tcW w:w="241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8A525" w14:textId="77777777" w:rsidR="004666C6" w:rsidRPr="00970ED2" w:rsidRDefault="004666C6" w:rsidP="00DC0E44">
            <w:r w:rsidRPr="00970ED2">
              <w:rPr>
                <w:sz w:val="18"/>
              </w:rPr>
              <w:t xml:space="preserve"> </w:t>
            </w:r>
          </w:p>
        </w:tc>
      </w:tr>
    </w:tbl>
    <w:p w14:paraId="7EEA0C7D" w14:textId="77777777" w:rsidR="004666C6" w:rsidRPr="00970ED2" w:rsidRDefault="004666C6" w:rsidP="00C27793">
      <w:pPr>
        <w:spacing w:after="0" w:line="360" w:lineRule="auto"/>
        <w:rPr>
          <w:rFonts w:asciiTheme="minorHAnsi" w:hAnsiTheme="minorHAnsi"/>
          <w:b/>
          <w:bCs/>
          <w:color w:val="auto"/>
          <w:sz w:val="26"/>
          <w:szCs w:val="26"/>
        </w:rPr>
      </w:pPr>
    </w:p>
    <w:p w14:paraId="0B16BF5B" w14:textId="662B0CA7" w:rsidR="00684168" w:rsidRPr="00970ED2" w:rsidRDefault="00E57E1A" w:rsidP="008A17BD">
      <w:pPr>
        <w:pStyle w:val="Paragrafoelenco"/>
        <w:numPr>
          <w:ilvl w:val="1"/>
          <w:numId w:val="11"/>
        </w:numPr>
        <w:spacing w:after="0" w:line="360" w:lineRule="auto"/>
        <w:rPr>
          <w:rFonts w:asciiTheme="minorHAnsi" w:hAnsiTheme="minorHAnsi"/>
          <w:b/>
          <w:bCs/>
          <w:color w:val="auto"/>
          <w:sz w:val="26"/>
          <w:szCs w:val="26"/>
          <w:lang w:val="it-IT"/>
        </w:rPr>
      </w:pPr>
      <w:r w:rsidRPr="00970ED2">
        <w:rPr>
          <w:rFonts w:asciiTheme="minorHAnsi" w:hAnsiTheme="minorHAnsi"/>
          <w:b/>
          <w:bCs/>
          <w:color w:val="auto"/>
          <w:sz w:val="26"/>
          <w:szCs w:val="26"/>
          <w:lang w:val="it-IT"/>
        </w:rPr>
        <w:t>Attività previste</w:t>
      </w:r>
      <w:r w:rsidR="005A74A9" w:rsidRPr="00970ED2">
        <w:rPr>
          <w:rFonts w:asciiTheme="minorHAnsi" w:hAnsiTheme="minorHAnsi"/>
          <w:b/>
          <w:bCs/>
          <w:color w:val="auto"/>
          <w:sz w:val="26"/>
          <w:szCs w:val="26"/>
          <w:lang w:val="it-IT"/>
        </w:rPr>
        <w:t xml:space="preserve"> e modalità attuative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5"/>
      </w:tblGrid>
      <w:tr w:rsidR="00FB4CF7" w:rsidRPr="00970ED2" w14:paraId="0AAB4D02" w14:textId="77777777" w:rsidTr="003D7388">
        <w:trPr>
          <w:trHeight w:val="510"/>
        </w:trPr>
        <w:tc>
          <w:tcPr>
            <w:tcW w:w="1016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AD5BC" w14:textId="77777777" w:rsidR="00FB4CF7" w:rsidRPr="00970ED2" w:rsidRDefault="00FB4CF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59B6518E" w14:textId="77777777" w:rsidR="00FB4CF7" w:rsidRPr="00970ED2" w:rsidRDefault="00FB4CF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4263A0A2" w14:textId="77777777" w:rsidR="00FB4CF7" w:rsidRPr="00970ED2" w:rsidRDefault="00FB4CF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03163DD9" w14:textId="77777777" w:rsidR="00FB4CF7" w:rsidRPr="00970ED2" w:rsidRDefault="00FB4CF7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  <w:p w14:paraId="074F5CE4" w14:textId="77777777" w:rsidR="00FB4CF7" w:rsidRPr="00970ED2" w:rsidRDefault="00FB4CF7" w:rsidP="00C27793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</w:tr>
    </w:tbl>
    <w:p w14:paraId="02B7C647" w14:textId="77777777" w:rsidR="00684168" w:rsidRPr="00970ED2" w:rsidRDefault="00684168" w:rsidP="00C27793">
      <w:pPr>
        <w:pStyle w:val="Paragrafoelenco"/>
        <w:spacing w:after="0" w:line="360" w:lineRule="auto"/>
        <w:rPr>
          <w:rFonts w:asciiTheme="minorHAnsi" w:hAnsiTheme="minorHAnsi"/>
          <w:b/>
          <w:bCs/>
          <w:color w:val="auto"/>
          <w:sz w:val="26"/>
          <w:szCs w:val="26"/>
          <w:lang w:val="it-IT"/>
        </w:rPr>
      </w:pPr>
    </w:p>
    <w:p w14:paraId="73B5DA10" w14:textId="54ED5181" w:rsidR="00885DD4" w:rsidRPr="00970ED2" w:rsidRDefault="00684168" w:rsidP="008A17BD">
      <w:pPr>
        <w:pStyle w:val="Paragrafoelenco"/>
        <w:numPr>
          <w:ilvl w:val="1"/>
          <w:numId w:val="11"/>
        </w:numPr>
        <w:spacing w:after="0" w:line="360" w:lineRule="auto"/>
        <w:rPr>
          <w:rFonts w:asciiTheme="minorHAnsi" w:hAnsiTheme="minorHAnsi"/>
          <w:b/>
          <w:bCs/>
          <w:color w:val="auto"/>
          <w:sz w:val="26"/>
          <w:szCs w:val="26"/>
        </w:rPr>
      </w:pPr>
      <w:proofErr w:type="spellStart"/>
      <w:r w:rsidRPr="00970ED2">
        <w:rPr>
          <w:rFonts w:asciiTheme="minorHAnsi" w:hAnsiTheme="minorHAnsi"/>
          <w:b/>
          <w:bCs/>
          <w:color w:val="auto"/>
          <w:sz w:val="26"/>
          <w:szCs w:val="26"/>
        </w:rPr>
        <w:t>C</w:t>
      </w:r>
      <w:r w:rsidR="00BE409C" w:rsidRPr="00970ED2">
        <w:rPr>
          <w:rFonts w:asciiTheme="minorHAnsi" w:hAnsiTheme="minorHAnsi"/>
          <w:b/>
          <w:bCs/>
          <w:color w:val="auto"/>
          <w:sz w:val="26"/>
          <w:szCs w:val="26"/>
        </w:rPr>
        <w:t>ronoprogramma</w:t>
      </w:r>
      <w:proofErr w:type="spellEnd"/>
      <w:r w:rsidR="008F2D03" w:rsidRPr="00970ED2">
        <w:rPr>
          <w:rFonts w:asciiTheme="minorHAnsi" w:hAnsiTheme="minorHAnsi"/>
          <w:b/>
          <w:bCs/>
          <w:color w:val="auto"/>
          <w:sz w:val="26"/>
          <w:szCs w:val="26"/>
        </w:rPr>
        <w:t xml:space="preserve"> </w:t>
      </w:r>
      <w:proofErr w:type="spellStart"/>
      <w:r w:rsidR="008F2D03" w:rsidRPr="00970ED2">
        <w:rPr>
          <w:rFonts w:asciiTheme="minorHAnsi" w:hAnsiTheme="minorHAnsi"/>
          <w:b/>
          <w:bCs/>
          <w:color w:val="auto"/>
          <w:sz w:val="26"/>
          <w:szCs w:val="26"/>
        </w:rPr>
        <w:t>attività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942"/>
      </w:tblGrid>
      <w:tr w:rsidR="003C3D71" w:rsidRPr="00970ED2" w14:paraId="296C8E6C" w14:textId="77777777" w:rsidTr="003D7388">
        <w:tc>
          <w:tcPr>
            <w:tcW w:w="12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B827A" w14:textId="755800A6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Anno</w:t>
            </w:r>
          </w:p>
        </w:tc>
        <w:tc>
          <w:tcPr>
            <w:tcW w:w="8942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93857" w14:textId="2E9CEB2F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Attività</w:t>
            </w:r>
            <w:proofErr w:type="spellEnd"/>
          </w:p>
        </w:tc>
      </w:tr>
      <w:tr w:rsidR="003C3D71" w:rsidRPr="00970ED2" w14:paraId="6A5FBB43" w14:textId="77777777" w:rsidTr="003D738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08287" w14:textId="05EFDA10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2026</w:t>
            </w:r>
          </w:p>
        </w:tc>
        <w:tc>
          <w:tcPr>
            <w:tcW w:w="89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C3ED9" w14:textId="77777777" w:rsidR="003C3D71" w:rsidRPr="00970ED2" w:rsidRDefault="003C3D71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3C3D71" w:rsidRPr="00970ED2" w14:paraId="3EB5F09C" w14:textId="77777777" w:rsidTr="003D7388">
        <w:trPr>
          <w:trHeight w:val="510"/>
        </w:trPr>
        <w:tc>
          <w:tcPr>
            <w:tcW w:w="122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FD679" w14:textId="79E00CDD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2027</w:t>
            </w:r>
          </w:p>
        </w:tc>
        <w:tc>
          <w:tcPr>
            <w:tcW w:w="894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3D7B2" w14:textId="77777777" w:rsidR="003C3D71" w:rsidRPr="00970ED2" w:rsidRDefault="003C3D71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3C3D71" w:rsidRPr="00970ED2" w14:paraId="04816372" w14:textId="77777777" w:rsidTr="003D738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C63C4" w14:textId="42F7DD3E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2028</w:t>
            </w:r>
          </w:p>
        </w:tc>
        <w:tc>
          <w:tcPr>
            <w:tcW w:w="89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C40E6" w14:textId="77777777" w:rsidR="003C3D71" w:rsidRPr="00970ED2" w:rsidRDefault="003C3D71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3C3D71" w:rsidRPr="00970ED2" w14:paraId="5954C703" w14:textId="77777777" w:rsidTr="003D7388">
        <w:trPr>
          <w:trHeight w:val="510"/>
        </w:trPr>
        <w:tc>
          <w:tcPr>
            <w:tcW w:w="122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0C1E9" w14:textId="3B2CD2C1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2029</w:t>
            </w:r>
          </w:p>
        </w:tc>
        <w:tc>
          <w:tcPr>
            <w:tcW w:w="894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BFC02" w14:textId="77777777" w:rsidR="003C3D71" w:rsidRPr="00970ED2" w:rsidRDefault="003C3D71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3C3D71" w:rsidRPr="00970ED2" w14:paraId="6D2882DC" w14:textId="77777777" w:rsidTr="003D738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3AF62" w14:textId="7671E548" w:rsidR="003C3D71" w:rsidRPr="00970ED2" w:rsidRDefault="00EE51E5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2030</w:t>
            </w:r>
          </w:p>
        </w:tc>
        <w:tc>
          <w:tcPr>
            <w:tcW w:w="89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4C0EA8" w14:textId="77777777" w:rsidR="003C3D71" w:rsidRPr="00970ED2" w:rsidRDefault="003C3D71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</w:tbl>
    <w:p w14:paraId="4DFC3AB7" w14:textId="77777777" w:rsidR="006D6405" w:rsidRPr="00970ED2" w:rsidRDefault="006D6405" w:rsidP="00C27793">
      <w:pPr>
        <w:pStyle w:val="Titolo2"/>
        <w:spacing w:before="0" w:line="360" w:lineRule="auto"/>
        <w:rPr>
          <w:rFonts w:asciiTheme="minorHAnsi" w:hAnsiTheme="minorHAnsi"/>
          <w:color w:val="auto"/>
        </w:rPr>
      </w:pPr>
    </w:p>
    <w:p w14:paraId="3013072F" w14:textId="11341761" w:rsidR="000C3E87" w:rsidRPr="00970ED2" w:rsidRDefault="00BE409C" w:rsidP="00C27793">
      <w:pPr>
        <w:pStyle w:val="Titolo2"/>
        <w:numPr>
          <w:ilvl w:val="1"/>
          <w:numId w:val="11"/>
        </w:numPr>
        <w:spacing w:before="0" w:line="360" w:lineRule="auto"/>
        <w:rPr>
          <w:rFonts w:asciiTheme="minorHAnsi" w:hAnsiTheme="minorHAnsi"/>
          <w:color w:val="auto"/>
        </w:rPr>
      </w:pPr>
      <w:proofErr w:type="spellStart"/>
      <w:r w:rsidRPr="00970ED2">
        <w:rPr>
          <w:rFonts w:asciiTheme="minorHAnsi" w:hAnsiTheme="minorHAnsi"/>
          <w:color w:val="auto"/>
        </w:rPr>
        <w:t>Risorse</w:t>
      </w:r>
      <w:proofErr w:type="spellEnd"/>
      <w:r w:rsidRPr="00970ED2">
        <w:rPr>
          <w:rFonts w:asciiTheme="minorHAnsi" w:hAnsiTheme="minorHAnsi"/>
          <w:color w:val="auto"/>
        </w:rPr>
        <w:t xml:space="preserve"> </w:t>
      </w:r>
      <w:proofErr w:type="spellStart"/>
      <w:r w:rsidRPr="00970ED2">
        <w:rPr>
          <w:rFonts w:asciiTheme="minorHAnsi" w:hAnsiTheme="minorHAnsi"/>
          <w:color w:val="auto"/>
        </w:rPr>
        <w:t>umane</w:t>
      </w:r>
      <w:proofErr w:type="spellEnd"/>
      <w:r w:rsidRPr="00970ED2">
        <w:rPr>
          <w:rFonts w:asciiTheme="minorHAnsi" w:hAnsiTheme="minorHAnsi"/>
          <w:color w:val="auto"/>
        </w:rPr>
        <w:t xml:space="preserve"> e </w:t>
      </w:r>
      <w:proofErr w:type="spellStart"/>
      <w:r w:rsidRPr="00970ED2">
        <w:rPr>
          <w:rFonts w:asciiTheme="minorHAnsi" w:hAnsiTheme="minorHAnsi"/>
          <w:color w:val="auto"/>
        </w:rPr>
        <w:t>professionali</w:t>
      </w:r>
      <w:proofErr w:type="spellEnd"/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1738"/>
        <w:gridCol w:w="1914"/>
        <w:gridCol w:w="2622"/>
        <w:gridCol w:w="2693"/>
      </w:tblGrid>
      <w:tr w:rsidR="004C7F1F" w:rsidRPr="00970ED2" w14:paraId="0D9824E4" w14:textId="77777777" w:rsidTr="00F25B59">
        <w:tc>
          <w:tcPr>
            <w:tcW w:w="1234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296F2" w14:textId="140610DE" w:rsidR="004C7F1F" w:rsidRPr="00970ED2" w:rsidRDefault="004C7F1F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Anno</w:t>
            </w:r>
          </w:p>
        </w:tc>
        <w:tc>
          <w:tcPr>
            <w:tcW w:w="1738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5AF9C" w14:textId="5D8D4A8A" w:rsidR="004C7F1F" w:rsidRPr="00970ED2" w:rsidRDefault="004C7F1F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Professionalità</w:t>
            </w:r>
            <w:proofErr w:type="spellEnd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14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ECA84" w14:textId="15F1226D" w:rsidR="004C7F1F" w:rsidRPr="00970ED2" w:rsidRDefault="004C7F1F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Interna / </w:t>
            </w: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esterna</w:t>
            </w:r>
            <w:proofErr w:type="spellEnd"/>
          </w:p>
        </w:tc>
        <w:tc>
          <w:tcPr>
            <w:tcW w:w="2622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A141B" w14:textId="4ADC6EFC" w:rsidR="004C7F1F" w:rsidRPr="00970ED2" w:rsidRDefault="004C7F1F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Funzione</w:t>
            </w:r>
          </w:p>
        </w:tc>
        <w:tc>
          <w:tcPr>
            <w:tcW w:w="269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20F0C" w14:textId="3BB3E409" w:rsidR="004C7F1F" w:rsidRPr="00970ED2" w:rsidRDefault="004C7F1F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  <w:t>Eventuale nuovo costo da stanziare</w:t>
            </w:r>
          </w:p>
        </w:tc>
      </w:tr>
      <w:tr w:rsidR="00AE5437" w:rsidRPr="00970ED2" w14:paraId="69441B55" w14:textId="77777777" w:rsidTr="00F25B59">
        <w:trPr>
          <w:trHeight w:val="510"/>
        </w:trPr>
        <w:tc>
          <w:tcPr>
            <w:tcW w:w="123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BF707" w14:textId="312FF1AD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2026</w:t>
            </w:r>
          </w:p>
        </w:tc>
        <w:tc>
          <w:tcPr>
            <w:tcW w:w="17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D083DC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  <w:tc>
          <w:tcPr>
            <w:tcW w:w="191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F713B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  <w:tc>
          <w:tcPr>
            <w:tcW w:w="262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782A0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B0678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</w:tr>
      <w:tr w:rsidR="00AE5437" w:rsidRPr="00970ED2" w14:paraId="009C30FC" w14:textId="77777777" w:rsidTr="00F25B59">
        <w:trPr>
          <w:trHeight w:val="510"/>
        </w:trPr>
        <w:tc>
          <w:tcPr>
            <w:tcW w:w="123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981BD" w14:textId="07A06D40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2027</w:t>
            </w:r>
          </w:p>
        </w:tc>
        <w:tc>
          <w:tcPr>
            <w:tcW w:w="1738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532526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  <w:tc>
          <w:tcPr>
            <w:tcW w:w="191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4F574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  <w:tc>
          <w:tcPr>
            <w:tcW w:w="262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B805EB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  <w:tc>
          <w:tcPr>
            <w:tcW w:w="269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7FF5B" w14:textId="78FC7BE6" w:rsidR="00AE5437" w:rsidRPr="00970ED2" w:rsidRDefault="00AE5437" w:rsidP="00AE5437">
            <w:pPr>
              <w:spacing w:after="0" w:line="360" w:lineRule="auto"/>
              <w:jc w:val="right"/>
              <w:rPr>
                <w:rFonts w:asciiTheme="minorHAnsi" w:hAnsiTheme="minorHAnsi"/>
                <w:color w:val="auto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 xml:space="preserve"> </w:t>
            </w:r>
          </w:p>
        </w:tc>
      </w:tr>
      <w:tr w:rsidR="00AE5437" w:rsidRPr="00970ED2" w14:paraId="19673DC5" w14:textId="77777777" w:rsidTr="00F25B59">
        <w:trPr>
          <w:trHeight w:val="510"/>
        </w:trPr>
        <w:tc>
          <w:tcPr>
            <w:tcW w:w="123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20375" w14:textId="308BD890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2028</w:t>
            </w:r>
          </w:p>
        </w:tc>
        <w:tc>
          <w:tcPr>
            <w:tcW w:w="1738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B7F43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191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E0C6D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262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F7854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269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81A56" w14:textId="77777777" w:rsidR="00AE5437" w:rsidRPr="00970ED2" w:rsidRDefault="00AE5437" w:rsidP="00AE5437">
            <w:pPr>
              <w:spacing w:after="0" w:line="360" w:lineRule="auto"/>
              <w:jc w:val="right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</w:tr>
      <w:tr w:rsidR="00AE5437" w:rsidRPr="00970ED2" w14:paraId="717238B5" w14:textId="77777777" w:rsidTr="00F25B59">
        <w:trPr>
          <w:trHeight w:val="510"/>
        </w:trPr>
        <w:tc>
          <w:tcPr>
            <w:tcW w:w="123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0DC11" w14:textId="7FFFDB82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2029</w:t>
            </w:r>
          </w:p>
        </w:tc>
        <w:tc>
          <w:tcPr>
            <w:tcW w:w="1738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74593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191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50A98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262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43C2B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269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4F405" w14:textId="77777777" w:rsidR="00AE5437" w:rsidRPr="00970ED2" w:rsidRDefault="00AE5437" w:rsidP="00AE5437">
            <w:pPr>
              <w:spacing w:after="0" w:line="360" w:lineRule="auto"/>
              <w:jc w:val="right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</w:tr>
      <w:tr w:rsidR="00AE5437" w:rsidRPr="00970ED2" w14:paraId="763763D7" w14:textId="77777777" w:rsidTr="00F25B59">
        <w:trPr>
          <w:trHeight w:val="510"/>
        </w:trPr>
        <w:tc>
          <w:tcPr>
            <w:tcW w:w="123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9C065" w14:textId="15950A35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2030</w:t>
            </w:r>
          </w:p>
        </w:tc>
        <w:tc>
          <w:tcPr>
            <w:tcW w:w="1738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6BFC1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1914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73086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262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D3D41" w14:textId="77777777" w:rsidR="00AE5437" w:rsidRPr="00970ED2" w:rsidRDefault="00AE5437" w:rsidP="00AE5437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  <w:tc>
          <w:tcPr>
            <w:tcW w:w="269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39F6A" w14:textId="77777777" w:rsidR="00AE5437" w:rsidRPr="00970ED2" w:rsidRDefault="00AE5437" w:rsidP="00AE5437">
            <w:pPr>
              <w:spacing w:after="0" w:line="360" w:lineRule="auto"/>
              <w:jc w:val="right"/>
              <w:rPr>
                <w:rFonts w:asciiTheme="minorHAnsi" w:hAnsiTheme="minorHAnsi"/>
                <w:color w:val="auto"/>
                <w:sz w:val="18"/>
                <w:lang w:val="it-IT"/>
              </w:rPr>
            </w:pPr>
          </w:p>
        </w:tc>
      </w:tr>
    </w:tbl>
    <w:p w14:paraId="51A022BF" w14:textId="77777777" w:rsidR="003D3838" w:rsidRPr="00970ED2" w:rsidRDefault="003D3838" w:rsidP="00C27793">
      <w:pPr>
        <w:pStyle w:val="Titolo2"/>
        <w:spacing w:before="0" w:line="360" w:lineRule="auto"/>
        <w:rPr>
          <w:rFonts w:asciiTheme="minorHAnsi" w:hAnsiTheme="minorHAnsi"/>
          <w:color w:val="auto"/>
          <w:lang w:val="it-IT"/>
        </w:rPr>
      </w:pPr>
    </w:p>
    <w:p w14:paraId="2480C8E8" w14:textId="7840282C" w:rsidR="00885DD4" w:rsidRPr="00970ED2" w:rsidRDefault="00BE409C" w:rsidP="008A17BD">
      <w:pPr>
        <w:pStyle w:val="Titolo2"/>
        <w:numPr>
          <w:ilvl w:val="1"/>
          <w:numId w:val="11"/>
        </w:numPr>
        <w:spacing w:before="0" w:line="360" w:lineRule="auto"/>
        <w:rPr>
          <w:rFonts w:asciiTheme="minorHAnsi" w:hAnsiTheme="minorHAnsi"/>
          <w:color w:val="auto"/>
        </w:rPr>
      </w:pPr>
      <w:proofErr w:type="spellStart"/>
      <w:r w:rsidRPr="00970ED2">
        <w:rPr>
          <w:rFonts w:asciiTheme="minorHAnsi" w:hAnsiTheme="minorHAnsi"/>
          <w:color w:val="auto"/>
        </w:rPr>
        <w:t>Risorse</w:t>
      </w:r>
      <w:proofErr w:type="spellEnd"/>
      <w:r w:rsidRPr="00970ED2">
        <w:rPr>
          <w:rFonts w:asciiTheme="minorHAnsi" w:hAnsiTheme="minorHAnsi"/>
          <w:color w:val="auto"/>
        </w:rPr>
        <w:t xml:space="preserve"> </w:t>
      </w:r>
      <w:proofErr w:type="spellStart"/>
      <w:r w:rsidRPr="00970ED2">
        <w:rPr>
          <w:rFonts w:asciiTheme="minorHAnsi" w:hAnsiTheme="minorHAnsi"/>
          <w:color w:val="auto"/>
        </w:rPr>
        <w:t>finanziarie</w:t>
      </w:r>
      <w:proofErr w:type="spellEnd"/>
    </w:p>
    <w:p w14:paraId="7D5FCEE2" w14:textId="40E24260" w:rsidR="00C3305F" w:rsidRPr="00970ED2" w:rsidRDefault="00C3305F" w:rsidP="008A17BD">
      <w:pPr>
        <w:pStyle w:val="Paragrafoelenco"/>
        <w:spacing w:after="0" w:line="360" w:lineRule="auto"/>
        <w:ind w:left="420"/>
        <w:rPr>
          <w:rFonts w:asciiTheme="minorHAnsi" w:hAnsiTheme="minorHAnsi"/>
          <w:i/>
          <w:iCs/>
          <w:color w:val="auto"/>
          <w:lang w:val="it-IT"/>
        </w:rPr>
      </w:pPr>
      <w:r w:rsidRPr="00970ED2">
        <w:rPr>
          <w:rFonts w:asciiTheme="minorHAnsi" w:hAnsiTheme="minorHAnsi"/>
          <w:i/>
          <w:iCs/>
          <w:color w:val="auto"/>
          <w:lang w:val="it-IT"/>
        </w:rPr>
        <w:t xml:space="preserve">[riportare anche gli eventuali </w:t>
      </w:r>
      <w:r w:rsidR="00335776" w:rsidRPr="00970ED2">
        <w:rPr>
          <w:rFonts w:asciiTheme="minorHAnsi" w:hAnsiTheme="minorHAnsi"/>
          <w:i/>
          <w:iCs/>
          <w:color w:val="auto"/>
          <w:lang w:val="it-IT"/>
        </w:rPr>
        <w:t xml:space="preserve">nuovi </w:t>
      </w:r>
      <w:r w:rsidRPr="00970ED2">
        <w:rPr>
          <w:rFonts w:asciiTheme="minorHAnsi" w:hAnsiTheme="minorHAnsi"/>
          <w:i/>
          <w:iCs/>
          <w:color w:val="auto"/>
          <w:lang w:val="it-IT"/>
        </w:rPr>
        <w:t>costi da stanziare per le risorse umane e professionali di cui al punto precedente]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2988"/>
        <w:gridCol w:w="2872"/>
        <w:gridCol w:w="3082"/>
      </w:tblGrid>
      <w:tr w:rsidR="00B62BEC" w:rsidRPr="00970ED2" w14:paraId="085CFC2D" w14:textId="77777777" w:rsidTr="004C7F1F">
        <w:tc>
          <w:tcPr>
            <w:tcW w:w="12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8BCC2" w14:textId="77777777" w:rsidR="00B62BEC" w:rsidRPr="00970ED2" w:rsidRDefault="00B62BEC" w:rsidP="004C7F1F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Anno</w:t>
            </w:r>
          </w:p>
        </w:tc>
        <w:tc>
          <w:tcPr>
            <w:tcW w:w="2988" w:type="dxa"/>
            <w:shd w:val="clear" w:color="auto" w:fill="17365D"/>
            <w:vAlign w:val="center"/>
          </w:tcPr>
          <w:p w14:paraId="5201C8B3" w14:textId="22AA1223" w:rsidR="00B62BEC" w:rsidRPr="00970ED2" w:rsidRDefault="00B62BEC" w:rsidP="004C7F1F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Spesa</w:t>
            </w:r>
            <w:proofErr w:type="spellEnd"/>
            <w:r w:rsidR="005A74A9"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(in euro)</w:t>
            </w:r>
          </w:p>
        </w:tc>
        <w:tc>
          <w:tcPr>
            <w:tcW w:w="2872" w:type="dxa"/>
            <w:shd w:val="clear" w:color="auto" w:fill="17365D"/>
            <w:vAlign w:val="center"/>
          </w:tcPr>
          <w:p w14:paraId="161712F9" w14:textId="77777777" w:rsidR="004C7F1F" w:rsidRPr="00970ED2" w:rsidRDefault="002D42E1" w:rsidP="004C7F1F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  <w:t>Già stanziato a bilancio</w:t>
            </w:r>
            <w:r w:rsidR="005A74A9"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  <w:t xml:space="preserve"> </w:t>
            </w:r>
          </w:p>
          <w:p w14:paraId="2D4CFB6A" w14:textId="177F9F83" w:rsidR="00B62BEC" w:rsidRPr="00970ED2" w:rsidRDefault="005A74A9" w:rsidP="004C7F1F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lang w:val="it-IT"/>
              </w:rPr>
              <w:t>(in euro)</w:t>
            </w:r>
          </w:p>
        </w:tc>
        <w:tc>
          <w:tcPr>
            <w:tcW w:w="3082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E1D0A" w14:textId="17FC162E" w:rsidR="00B62BEC" w:rsidRPr="00970ED2" w:rsidRDefault="002D42E1" w:rsidP="004C7F1F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Da </w:t>
            </w: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stanziare</w:t>
            </w:r>
            <w:proofErr w:type="spellEnd"/>
            <w:r w:rsidR="005A74A9"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(in euro)</w:t>
            </w:r>
          </w:p>
        </w:tc>
      </w:tr>
      <w:tr w:rsidR="00B62BEC" w:rsidRPr="00970ED2" w14:paraId="51E6A583" w14:textId="77777777" w:rsidTr="004C7F1F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30144" w14:textId="4D8F0371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lastRenderedPageBreak/>
              <w:t>2026</w:t>
            </w:r>
          </w:p>
        </w:tc>
        <w:tc>
          <w:tcPr>
            <w:tcW w:w="2988" w:type="dxa"/>
            <w:shd w:val="clear" w:color="auto" w:fill="FFFFFF"/>
          </w:tcPr>
          <w:p w14:paraId="471F667A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2872" w:type="dxa"/>
            <w:shd w:val="clear" w:color="auto" w:fill="FFFFFF"/>
          </w:tcPr>
          <w:p w14:paraId="63F629B8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308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49361" w14:textId="7D55E9C5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B62BEC" w:rsidRPr="00970ED2" w14:paraId="7291EB0A" w14:textId="77777777" w:rsidTr="004C7F1F">
        <w:trPr>
          <w:trHeight w:val="510"/>
        </w:trPr>
        <w:tc>
          <w:tcPr>
            <w:tcW w:w="122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8720D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2027</w:t>
            </w:r>
          </w:p>
        </w:tc>
        <w:tc>
          <w:tcPr>
            <w:tcW w:w="2988" w:type="dxa"/>
            <w:shd w:val="clear" w:color="auto" w:fill="F3F7FA"/>
          </w:tcPr>
          <w:p w14:paraId="34E1E0E1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2872" w:type="dxa"/>
            <w:shd w:val="clear" w:color="auto" w:fill="F3F7FA"/>
          </w:tcPr>
          <w:p w14:paraId="49D3A7F3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308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C1FEE" w14:textId="75AB5B1F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B62BEC" w:rsidRPr="00970ED2" w14:paraId="7C6598B1" w14:textId="77777777" w:rsidTr="004C7F1F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2C8F4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2028</w:t>
            </w:r>
          </w:p>
        </w:tc>
        <w:tc>
          <w:tcPr>
            <w:tcW w:w="2988" w:type="dxa"/>
            <w:shd w:val="clear" w:color="auto" w:fill="FFFFFF"/>
          </w:tcPr>
          <w:p w14:paraId="480DFD53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2872" w:type="dxa"/>
            <w:shd w:val="clear" w:color="auto" w:fill="FFFFFF"/>
          </w:tcPr>
          <w:p w14:paraId="21230592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308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42F41" w14:textId="57DF0080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B62BEC" w:rsidRPr="00970ED2" w14:paraId="114CCFAF" w14:textId="77777777" w:rsidTr="004C7F1F">
        <w:trPr>
          <w:trHeight w:val="510"/>
        </w:trPr>
        <w:tc>
          <w:tcPr>
            <w:tcW w:w="1223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FB476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2029</w:t>
            </w:r>
          </w:p>
        </w:tc>
        <w:tc>
          <w:tcPr>
            <w:tcW w:w="2988" w:type="dxa"/>
            <w:shd w:val="clear" w:color="auto" w:fill="F3F7FA"/>
          </w:tcPr>
          <w:p w14:paraId="5BA726D8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2872" w:type="dxa"/>
            <w:shd w:val="clear" w:color="auto" w:fill="F3F7FA"/>
          </w:tcPr>
          <w:p w14:paraId="333A063B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3082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AFDF0" w14:textId="57996810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B62BEC" w:rsidRPr="00970ED2" w14:paraId="7EEDE055" w14:textId="77777777" w:rsidTr="004C7F1F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82AD7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2030</w:t>
            </w:r>
          </w:p>
        </w:tc>
        <w:tc>
          <w:tcPr>
            <w:tcW w:w="2988" w:type="dxa"/>
            <w:shd w:val="clear" w:color="auto" w:fill="FFFFFF"/>
          </w:tcPr>
          <w:p w14:paraId="6A098062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2872" w:type="dxa"/>
            <w:shd w:val="clear" w:color="auto" w:fill="FFFFFF"/>
          </w:tcPr>
          <w:p w14:paraId="2F69FE13" w14:textId="77777777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  <w:tc>
          <w:tcPr>
            <w:tcW w:w="308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051C5" w14:textId="540DC5CC" w:rsidR="00B62BEC" w:rsidRPr="00970ED2" w:rsidRDefault="00B62BE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</w:tbl>
    <w:p w14:paraId="5690648D" w14:textId="77777777" w:rsidR="00166F9E" w:rsidRPr="00970ED2" w:rsidRDefault="00166F9E" w:rsidP="00C27793">
      <w:pPr>
        <w:spacing w:after="0" w:line="360" w:lineRule="auto"/>
      </w:pPr>
    </w:p>
    <w:p w14:paraId="4D9C6FB9" w14:textId="21BBE22D" w:rsidR="008A17BD" w:rsidRPr="00970ED2" w:rsidRDefault="008A17BD" w:rsidP="008A17BD">
      <w:pPr>
        <w:pStyle w:val="Titolo2"/>
        <w:numPr>
          <w:ilvl w:val="1"/>
          <w:numId w:val="11"/>
        </w:numPr>
        <w:rPr>
          <w:rFonts w:asciiTheme="minorHAnsi" w:hAnsiTheme="minorHAnsi"/>
          <w:color w:val="000000" w:themeColor="text1"/>
          <w:lang w:val="it-IT"/>
        </w:rPr>
      </w:pPr>
      <w:r w:rsidRPr="00970ED2">
        <w:rPr>
          <w:rFonts w:asciiTheme="minorHAnsi" w:hAnsiTheme="minorHAnsi"/>
          <w:color w:val="000000" w:themeColor="text1"/>
          <w:lang w:val="it-IT"/>
        </w:rPr>
        <w:t xml:space="preserve">Indicatori di prodotto </w:t>
      </w:r>
    </w:p>
    <w:p w14:paraId="15470F29" w14:textId="403B6018" w:rsidR="008A17BD" w:rsidRPr="00970ED2" w:rsidRDefault="008A17BD" w:rsidP="008A17BD">
      <w:pPr>
        <w:spacing w:after="0" w:line="360" w:lineRule="auto"/>
        <w:ind w:firstLine="720"/>
        <w:rPr>
          <w:rFonts w:asciiTheme="minorHAnsi" w:hAnsiTheme="minorHAnsi"/>
          <w:i/>
          <w:iCs/>
          <w:color w:val="auto"/>
          <w:lang w:val="it-IT"/>
        </w:rPr>
      </w:pPr>
      <w:r w:rsidRPr="00970ED2">
        <w:rPr>
          <w:rFonts w:asciiTheme="minorHAnsi" w:hAnsiTheme="minorHAnsi"/>
          <w:i/>
          <w:iCs/>
          <w:color w:val="auto"/>
          <w:lang w:val="it-IT"/>
        </w:rPr>
        <w:t>[è possibile riportare anche più indicatori per lo stesso anno]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942"/>
      </w:tblGrid>
      <w:tr w:rsidR="008A17BD" w:rsidRPr="00970ED2" w14:paraId="1437C45D" w14:textId="77777777" w:rsidTr="009A6B5D">
        <w:tc>
          <w:tcPr>
            <w:tcW w:w="12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1F5B2" w14:textId="77777777" w:rsidR="008A17BD" w:rsidRPr="00970ED2" w:rsidRDefault="008A17BD" w:rsidP="00DC0E44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Anno</w:t>
            </w:r>
          </w:p>
        </w:tc>
        <w:tc>
          <w:tcPr>
            <w:tcW w:w="8942" w:type="dxa"/>
            <w:shd w:val="clear" w:color="auto" w:fill="17365D"/>
            <w:vAlign w:val="center"/>
          </w:tcPr>
          <w:p w14:paraId="5F106D23" w14:textId="49CDFC14" w:rsidR="008A17BD" w:rsidRPr="00970ED2" w:rsidRDefault="008A17BD" w:rsidP="008A17BD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Indicatore</w:t>
            </w:r>
            <w:proofErr w:type="spellEnd"/>
          </w:p>
        </w:tc>
      </w:tr>
      <w:tr w:rsidR="008A17BD" w:rsidRPr="00970ED2" w14:paraId="341736FC" w14:textId="77777777" w:rsidTr="007459D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4E5CC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2026</w:t>
            </w:r>
          </w:p>
        </w:tc>
        <w:tc>
          <w:tcPr>
            <w:tcW w:w="8942" w:type="dxa"/>
            <w:shd w:val="clear" w:color="auto" w:fill="FFFFFF"/>
          </w:tcPr>
          <w:p w14:paraId="52AF8F3F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8A17BD" w:rsidRPr="00970ED2" w14:paraId="13A5A292" w14:textId="77777777" w:rsidTr="007459D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CB0BF" w14:textId="28745F20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2027</w:t>
            </w:r>
          </w:p>
        </w:tc>
        <w:tc>
          <w:tcPr>
            <w:tcW w:w="8942" w:type="dxa"/>
            <w:shd w:val="clear" w:color="auto" w:fill="FFFFFF"/>
          </w:tcPr>
          <w:p w14:paraId="21D56C3A" w14:textId="77777777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  <w:tr w:rsidR="008A17BD" w:rsidRPr="00970ED2" w14:paraId="5D0B6C44" w14:textId="77777777" w:rsidTr="007459D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8F9DD" w14:textId="13722997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2028</w:t>
            </w:r>
          </w:p>
        </w:tc>
        <w:tc>
          <w:tcPr>
            <w:tcW w:w="8942" w:type="dxa"/>
            <w:shd w:val="clear" w:color="auto" w:fill="FFFFFF"/>
          </w:tcPr>
          <w:p w14:paraId="4A16857A" w14:textId="77777777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  <w:tr w:rsidR="008A17BD" w:rsidRPr="00970ED2" w14:paraId="47858D56" w14:textId="77777777" w:rsidTr="007459D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DB2B4" w14:textId="1DB24CF7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2029</w:t>
            </w:r>
          </w:p>
        </w:tc>
        <w:tc>
          <w:tcPr>
            <w:tcW w:w="8942" w:type="dxa"/>
            <w:shd w:val="clear" w:color="auto" w:fill="FFFFFF"/>
          </w:tcPr>
          <w:p w14:paraId="5AAD5AE9" w14:textId="77777777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  <w:tr w:rsidR="008A17BD" w:rsidRPr="00970ED2" w14:paraId="60829909" w14:textId="77777777" w:rsidTr="007459D8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20C29" w14:textId="5C3F61AA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2030</w:t>
            </w:r>
          </w:p>
        </w:tc>
        <w:tc>
          <w:tcPr>
            <w:tcW w:w="8942" w:type="dxa"/>
            <w:shd w:val="clear" w:color="auto" w:fill="FFFFFF"/>
          </w:tcPr>
          <w:p w14:paraId="49B93066" w14:textId="77777777" w:rsidR="008A17BD" w:rsidRPr="00970ED2" w:rsidRDefault="008A17BD" w:rsidP="008A17BD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</w:tbl>
    <w:p w14:paraId="76E4D1DC" w14:textId="77777777" w:rsidR="008A17BD" w:rsidRPr="00970ED2" w:rsidRDefault="008A17BD" w:rsidP="008A17BD">
      <w:pPr>
        <w:spacing w:after="0" w:line="360" w:lineRule="auto"/>
      </w:pPr>
    </w:p>
    <w:p w14:paraId="4353D697" w14:textId="7E6C7470" w:rsidR="008A17BD" w:rsidRPr="00970ED2" w:rsidRDefault="008A17BD" w:rsidP="008A17BD">
      <w:pPr>
        <w:pStyle w:val="Titolo2"/>
        <w:numPr>
          <w:ilvl w:val="1"/>
          <w:numId w:val="11"/>
        </w:numPr>
        <w:rPr>
          <w:rFonts w:asciiTheme="minorHAnsi" w:hAnsiTheme="minorHAnsi"/>
          <w:color w:val="000000" w:themeColor="text1"/>
          <w:lang w:val="it-IT"/>
        </w:rPr>
      </w:pPr>
      <w:r w:rsidRPr="00970ED2">
        <w:rPr>
          <w:rFonts w:asciiTheme="minorHAnsi" w:hAnsiTheme="minorHAnsi"/>
          <w:color w:val="000000" w:themeColor="text1"/>
          <w:lang w:val="it-IT"/>
        </w:rPr>
        <w:t>Indicatori di risultato</w:t>
      </w:r>
    </w:p>
    <w:p w14:paraId="2462B415" w14:textId="4319258E" w:rsidR="008A17BD" w:rsidRPr="00970ED2" w:rsidRDefault="008A17BD" w:rsidP="008A17BD">
      <w:pPr>
        <w:spacing w:after="0" w:line="360" w:lineRule="auto"/>
        <w:ind w:firstLine="720"/>
        <w:rPr>
          <w:rFonts w:asciiTheme="minorHAnsi" w:hAnsiTheme="minorHAnsi"/>
          <w:i/>
          <w:iCs/>
          <w:color w:val="auto"/>
          <w:lang w:val="it-IT"/>
        </w:rPr>
      </w:pPr>
      <w:r w:rsidRPr="00970ED2">
        <w:rPr>
          <w:rFonts w:asciiTheme="minorHAnsi" w:hAnsiTheme="minorHAnsi"/>
          <w:i/>
          <w:iCs/>
          <w:color w:val="auto"/>
          <w:lang w:val="it-IT"/>
        </w:rPr>
        <w:t>[è possibile riportare anche più indicatori per lo stesso anno]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942"/>
      </w:tblGrid>
      <w:tr w:rsidR="008A17BD" w:rsidRPr="00970ED2" w14:paraId="569F2F85" w14:textId="77777777" w:rsidTr="00DC0E44">
        <w:tc>
          <w:tcPr>
            <w:tcW w:w="1223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357C7" w14:textId="77777777" w:rsidR="008A17BD" w:rsidRPr="00970ED2" w:rsidRDefault="008A17BD" w:rsidP="00DC0E44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Anno</w:t>
            </w:r>
          </w:p>
        </w:tc>
        <w:tc>
          <w:tcPr>
            <w:tcW w:w="8942" w:type="dxa"/>
            <w:shd w:val="clear" w:color="auto" w:fill="17365D"/>
            <w:vAlign w:val="center"/>
          </w:tcPr>
          <w:p w14:paraId="0A6B6F72" w14:textId="77777777" w:rsidR="008A17BD" w:rsidRPr="00970ED2" w:rsidRDefault="008A17BD" w:rsidP="00DC0E44">
            <w:pPr>
              <w:spacing w:after="0"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Indicatore</w:t>
            </w:r>
            <w:proofErr w:type="spellEnd"/>
          </w:p>
        </w:tc>
      </w:tr>
      <w:tr w:rsidR="008A17BD" w:rsidRPr="00970ED2" w14:paraId="6218FC2D" w14:textId="77777777" w:rsidTr="00DC0E44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EE99E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2026</w:t>
            </w:r>
          </w:p>
        </w:tc>
        <w:tc>
          <w:tcPr>
            <w:tcW w:w="8942" w:type="dxa"/>
            <w:shd w:val="clear" w:color="auto" w:fill="FFFFFF"/>
          </w:tcPr>
          <w:p w14:paraId="6F85263E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8A17BD" w:rsidRPr="00970ED2" w14:paraId="0CB6A9FB" w14:textId="77777777" w:rsidTr="00DC0E44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F3A83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2027</w:t>
            </w:r>
          </w:p>
        </w:tc>
        <w:tc>
          <w:tcPr>
            <w:tcW w:w="8942" w:type="dxa"/>
            <w:shd w:val="clear" w:color="auto" w:fill="FFFFFF"/>
          </w:tcPr>
          <w:p w14:paraId="58C4B092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  <w:tr w:rsidR="008A17BD" w:rsidRPr="00970ED2" w14:paraId="071D9791" w14:textId="77777777" w:rsidTr="00DC0E44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A3CCF6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2028</w:t>
            </w:r>
          </w:p>
        </w:tc>
        <w:tc>
          <w:tcPr>
            <w:tcW w:w="8942" w:type="dxa"/>
            <w:shd w:val="clear" w:color="auto" w:fill="FFFFFF"/>
          </w:tcPr>
          <w:p w14:paraId="64FADDD8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  <w:tr w:rsidR="008A17BD" w:rsidRPr="00970ED2" w14:paraId="226C865E" w14:textId="77777777" w:rsidTr="00DC0E44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C3EF7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2029</w:t>
            </w:r>
          </w:p>
        </w:tc>
        <w:tc>
          <w:tcPr>
            <w:tcW w:w="8942" w:type="dxa"/>
            <w:shd w:val="clear" w:color="auto" w:fill="FFFFFF"/>
          </w:tcPr>
          <w:p w14:paraId="2918406E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  <w:tr w:rsidR="008A17BD" w:rsidRPr="00970ED2" w14:paraId="43E2C6D6" w14:textId="77777777" w:rsidTr="00DC0E44">
        <w:trPr>
          <w:trHeight w:val="510"/>
        </w:trPr>
        <w:tc>
          <w:tcPr>
            <w:tcW w:w="122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B85C9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>2030</w:t>
            </w:r>
          </w:p>
        </w:tc>
        <w:tc>
          <w:tcPr>
            <w:tcW w:w="8942" w:type="dxa"/>
            <w:shd w:val="clear" w:color="auto" w:fill="FFFFFF"/>
          </w:tcPr>
          <w:p w14:paraId="0FF84E5C" w14:textId="77777777" w:rsidR="008A17BD" w:rsidRPr="00970ED2" w:rsidRDefault="008A17BD" w:rsidP="00DC0E44">
            <w:pPr>
              <w:spacing w:after="0" w:line="360" w:lineRule="auto"/>
              <w:rPr>
                <w:rFonts w:asciiTheme="minorHAnsi" w:hAnsiTheme="minorHAnsi"/>
                <w:color w:val="auto"/>
                <w:sz w:val="18"/>
              </w:rPr>
            </w:pPr>
          </w:p>
        </w:tc>
      </w:tr>
    </w:tbl>
    <w:p w14:paraId="6DF2C80C" w14:textId="77777777" w:rsidR="008A17BD" w:rsidRPr="00970ED2" w:rsidRDefault="008A17BD" w:rsidP="008A17BD">
      <w:pPr>
        <w:rPr>
          <w:lang w:val="it-IT"/>
        </w:rPr>
      </w:pPr>
    </w:p>
    <w:p w14:paraId="5C83391D" w14:textId="77777777" w:rsidR="00B92F83" w:rsidRPr="00970ED2" w:rsidRDefault="00B92F83" w:rsidP="00C27793">
      <w:pPr>
        <w:spacing w:after="0" w:line="360" w:lineRule="auto"/>
      </w:pPr>
    </w:p>
    <w:p w14:paraId="2D4A97DE" w14:textId="2F185A69" w:rsidR="00885DD4" w:rsidRPr="00970ED2" w:rsidRDefault="00BE409C" w:rsidP="008A17BD">
      <w:pPr>
        <w:pStyle w:val="Titolo1"/>
        <w:numPr>
          <w:ilvl w:val="0"/>
          <w:numId w:val="11"/>
        </w:numPr>
        <w:spacing w:before="0" w:line="360" w:lineRule="auto"/>
        <w:rPr>
          <w:rFonts w:asciiTheme="minorHAnsi" w:hAnsiTheme="minorHAnsi"/>
          <w:color w:val="auto"/>
          <w:lang w:val="it-IT"/>
        </w:rPr>
      </w:pPr>
      <w:r w:rsidRPr="00970ED2">
        <w:rPr>
          <w:rFonts w:asciiTheme="minorHAnsi" w:hAnsiTheme="minorHAnsi"/>
          <w:color w:val="auto"/>
          <w:lang w:val="it-IT"/>
        </w:rPr>
        <w:t xml:space="preserve">Piano </w:t>
      </w:r>
      <w:r w:rsidR="008A6AF5" w:rsidRPr="00970ED2">
        <w:rPr>
          <w:rFonts w:asciiTheme="minorHAnsi" w:hAnsiTheme="minorHAnsi"/>
          <w:color w:val="auto"/>
          <w:lang w:val="it-IT"/>
        </w:rPr>
        <w:t>aggregato di tutti i progetti</w:t>
      </w:r>
    </w:p>
    <w:p w14:paraId="5105382E" w14:textId="77777777" w:rsidR="008A6AF5" w:rsidRPr="00970ED2" w:rsidRDefault="008A6AF5" w:rsidP="00C27793">
      <w:pPr>
        <w:spacing w:after="0"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020"/>
        <w:gridCol w:w="1020"/>
        <w:gridCol w:w="1020"/>
        <w:gridCol w:w="1020"/>
        <w:gridCol w:w="1020"/>
        <w:gridCol w:w="2230"/>
      </w:tblGrid>
      <w:tr w:rsidR="00885DD4" w:rsidRPr="00970ED2" w14:paraId="422CCA87" w14:textId="77777777" w:rsidTr="003D7388">
        <w:tc>
          <w:tcPr>
            <w:tcW w:w="2835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0F90A" w14:textId="0606DEF5" w:rsidR="00885DD4" w:rsidRPr="00970ED2" w:rsidRDefault="0029778D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 xml:space="preserve">Progetto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obiettivo</w:t>
            </w:r>
            <w:proofErr w:type="spellEnd"/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EC2DC" w14:textId="31FBE68F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2026</w:t>
            </w:r>
            <w:r w:rsidR="00550050">
              <w:rPr>
                <w:rFonts w:asciiTheme="minorHAnsi" w:hAnsiTheme="minorHAnsi"/>
                <w:b/>
                <w:color w:val="auto"/>
                <w:sz w:val="17"/>
              </w:rPr>
              <w:t xml:space="preserve"> </w:t>
            </w:r>
            <w:proofErr w:type="spellStart"/>
            <w:r w:rsidR="00550050">
              <w:rPr>
                <w:rFonts w:asciiTheme="minorHAnsi" w:hAnsiTheme="minorHAnsi"/>
                <w:b/>
                <w:color w:val="auto"/>
                <w:sz w:val="17"/>
              </w:rPr>
              <w:t>Spesa</w:t>
            </w:r>
            <w:proofErr w:type="spellEnd"/>
            <w:r w:rsidR="00550050">
              <w:rPr>
                <w:rFonts w:asciiTheme="minorHAnsi" w:hAnsiTheme="minorHAnsi"/>
                <w:b/>
                <w:color w:val="auto"/>
                <w:sz w:val="17"/>
              </w:rPr>
              <w:t xml:space="preserve"> in €</w:t>
            </w:r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70D43" w14:textId="77777777" w:rsidR="00885DD4" w:rsidRDefault="00BE409C" w:rsidP="00C27793">
            <w:pPr>
              <w:spacing w:after="0" w:line="360" w:lineRule="auto"/>
              <w:rPr>
                <w:rFonts w:asciiTheme="minorHAnsi" w:hAnsiTheme="minorHAnsi"/>
                <w:b/>
                <w:color w:val="auto"/>
                <w:sz w:val="17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2027</w:t>
            </w:r>
          </w:p>
          <w:p w14:paraId="71963DAC" w14:textId="5E0DE892" w:rsidR="00550050" w:rsidRPr="00970ED2" w:rsidRDefault="00550050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>
              <w:rPr>
                <w:rFonts w:asciiTheme="minorHAnsi" w:hAnsiTheme="minorHAnsi"/>
                <w:b/>
                <w:color w:val="auto"/>
                <w:sz w:val="17"/>
              </w:rPr>
              <w:t>Spesa</w:t>
            </w:r>
            <w:proofErr w:type="spellEnd"/>
            <w:r>
              <w:rPr>
                <w:rFonts w:asciiTheme="minorHAnsi" w:hAnsiTheme="minorHAnsi"/>
                <w:b/>
                <w:color w:val="auto"/>
                <w:sz w:val="17"/>
              </w:rPr>
              <w:t xml:space="preserve"> in €</w:t>
            </w:r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816E0" w14:textId="77777777" w:rsidR="00885DD4" w:rsidRDefault="00BE409C" w:rsidP="00C27793">
            <w:pPr>
              <w:spacing w:after="0" w:line="360" w:lineRule="auto"/>
              <w:rPr>
                <w:rFonts w:asciiTheme="minorHAnsi" w:hAnsiTheme="minorHAnsi"/>
                <w:b/>
                <w:color w:val="auto"/>
                <w:sz w:val="17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2028</w:t>
            </w:r>
            <w:r w:rsidR="00550050">
              <w:rPr>
                <w:rFonts w:asciiTheme="minorHAnsi" w:hAnsiTheme="minorHAnsi"/>
                <w:b/>
                <w:color w:val="auto"/>
                <w:sz w:val="17"/>
              </w:rPr>
              <w:t xml:space="preserve"> </w:t>
            </w:r>
          </w:p>
          <w:p w14:paraId="2BC8E1D4" w14:textId="0B65DCF4" w:rsidR="00550050" w:rsidRPr="00970ED2" w:rsidRDefault="00550050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550050">
              <w:rPr>
                <w:rFonts w:asciiTheme="minorHAnsi" w:hAnsiTheme="minorHAnsi"/>
                <w:b/>
                <w:color w:val="auto"/>
                <w:sz w:val="17"/>
              </w:rPr>
              <w:t>Spesa</w:t>
            </w:r>
            <w:proofErr w:type="spellEnd"/>
            <w:r w:rsidRPr="00550050">
              <w:rPr>
                <w:rFonts w:asciiTheme="minorHAnsi" w:hAnsiTheme="minorHAnsi"/>
                <w:b/>
                <w:color w:val="auto"/>
                <w:sz w:val="17"/>
              </w:rPr>
              <w:t xml:space="preserve"> in €</w:t>
            </w:r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2272B" w14:textId="77777777" w:rsidR="00885DD4" w:rsidRDefault="00BE409C" w:rsidP="00C27793">
            <w:pPr>
              <w:spacing w:after="0" w:line="360" w:lineRule="auto"/>
              <w:rPr>
                <w:rFonts w:asciiTheme="minorHAnsi" w:hAnsiTheme="minorHAnsi"/>
                <w:b/>
                <w:color w:val="auto"/>
                <w:sz w:val="17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2029</w:t>
            </w:r>
          </w:p>
          <w:p w14:paraId="548C3CAF" w14:textId="20056202" w:rsidR="00550050" w:rsidRPr="00970ED2" w:rsidRDefault="00550050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>
              <w:rPr>
                <w:rFonts w:asciiTheme="minorHAnsi" w:hAnsiTheme="minorHAnsi"/>
                <w:b/>
                <w:color w:val="auto"/>
                <w:sz w:val="17"/>
              </w:rPr>
              <w:t>Spesa</w:t>
            </w:r>
            <w:proofErr w:type="spellEnd"/>
            <w:r>
              <w:rPr>
                <w:rFonts w:asciiTheme="minorHAnsi" w:hAnsiTheme="minorHAnsi"/>
                <w:b/>
                <w:color w:val="auto"/>
                <w:sz w:val="17"/>
              </w:rPr>
              <w:t xml:space="preserve"> in €</w:t>
            </w:r>
          </w:p>
        </w:tc>
        <w:tc>
          <w:tcPr>
            <w:tcW w:w="102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DD34B" w14:textId="77777777" w:rsidR="00885DD4" w:rsidRDefault="00BE409C" w:rsidP="00C27793">
            <w:pPr>
              <w:spacing w:after="0" w:line="360" w:lineRule="auto"/>
              <w:rPr>
                <w:rFonts w:asciiTheme="minorHAnsi" w:hAnsiTheme="minorHAnsi"/>
                <w:b/>
                <w:color w:val="auto"/>
                <w:sz w:val="17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2030</w:t>
            </w:r>
          </w:p>
          <w:p w14:paraId="2300E808" w14:textId="4A8FEECA" w:rsidR="00550050" w:rsidRPr="00970ED2" w:rsidRDefault="00550050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>
              <w:rPr>
                <w:rFonts w:asciiTheme="minorHAnsi" w:hAnsiTheme="minorHAnsi"/>
                <w:b/>
                <w:color w:val="auto"/>
                <w:sz w:val="17"/>
              </w:rPr>
              <w:t>Spesa</w:t>
            </w:r>
            <w:proofErr w:type="spellEnd"/>
            <w:r>
              <w:rPr>
                <w:rFonts w:asciiTheme="minorHAnsi" w:hAnsiTheme="minorHAnsi"/>
                <w:b/>
                <w:color w:val="auto"/>
                <w:sz w:val="17"/>
              </w:rPr>
              <w:t xml:space="preserve"> in €</w:t>
            </w:r>
          </w:p>
        </w:tc>
        <w:tc>
          <w:tcPr>
            <w:tcW w:w="2230" w:type="dxa"/>
            <w:shd w:val="clear" w:color="auto" w:fill="17365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87EB6" w14:textId="77777777" w:rsidR="00885DD4" w:rsidRDefault="00BE409C" w:rsidP="00C27793">
            <w:pPr>
              <w:spacing w:after="0" w:line="360" w:lineRule="auto"/>
              <w:rPr>
                <w:rFonts w:asciiTheme="minorHAnsi" w:hAnsiTheme="minorHAnsi"/>
                <w:b/>
                <w:color w:val="auto"/>
                <w:sz w:val="17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7"/>
              </w:rPr>
              <w:t>Totale</w:t>
            </w:r>
            <w:proofErr w:type="spellEnd"/>
          </w:p>
          <w:p w14:paraId="74D2484E" w14:textId="1741CFEE" w:rsidR="00550050" w:rsidRPr="00970ED2" w:rsidRDefault="00550050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>
              <w:rPr>
                <w:rFonts w:asciiTheme="minorHAnsi" w:hAnsiTheme="minorHAnsi"/>
                <w:b/>
                <w:color w:val="auto"/>
                <w:sz w:val="17"/>
              </w:rPr>
              <w:t>Spesa</w:t>
            </w:r>
            <w:proofErr w:type="spellEnd"/>
            <w:r>
              <w:rPr>
                <w:rFonts w:asciiTheme="minorHAnsi" w:hAnsiTheme="minorHAnsi"/>
                <w:b/>
                <w:color w:val="auto"/>
                <w:sz w:val="17"/>
              </w:rPr>
              <w:t xml:space="preserve"> in €</w:t>
            </w:r>
          </w:p>
        </w:tc>
      </w:tr>
      <w:tr w:rsidR="00885DD4" w:rsidRPr="00970ED2" w14:paraId="15118706" w14:textId="77777777" w:rsidTr="003D7388">
        <w:trPr>
          <w:trHeight w:val="510"/>
        </w:trPr>
        <w:tc>
          <w:tcPr>
            <w:tcW w:w="283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26FFD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F19AD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8B061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34B5D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EE542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DF0D7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223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D361C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885DD4" w:rsidRPr="00970ED2" w14:paraId="1C2D04BA" w14:textId="77777777" w:rsidTr="003D7388">
        <w:trPr>
          <w:trHeight w:val="510"/>
        </w:trPr>
        <w:tc>
          <w:tcPr>
            <w:tcW w:w="2835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5A328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1154B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A96F7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E6ED3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0E807A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38A68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2230" w:type="dxa"/>
            <w:shd w:val="clear" w:color="auto" w:fill="F3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19991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</w:tr>
      <w:tr w:rsidR="00885DD4" w:rsidRPr="00970ED2" w14:paraId="72364172" w14:textId="77777777" w:rsidTr="001C15CC">
        <w:trPr>
          <w:trHeight w:val="51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B1E21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F8133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C579F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A3D49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E0124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ECA4C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</w:p>
        </w:tc>
        <w:tc>
          <w:tcPr>
            <w:tcW w:w="2230" w:type="dxa"/>
            <w:tcBorders>
              <w:bottom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3A825" w14:textId="15C7E3BC" w:rsidR="00885DD4" w:rsidRPr="00970ED2" w:rsidRDefault="00BE409C" w:rsidP="001C15CC">
            <w:pPr>
              <w:spacing w:after="0" w:line="360" w:lineRule="auto"/>
              <w:jc w:val="right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color w:val="auto"/>
                <w:sz w:val="18"/>
              </w:rPr>
              <w:t xml:space="preserve"> </w:t>
            </w:r>
            <w:r w:rsidR="001C15CC" w:rsidRPr="00970ED2">
              <w:rPr>
                <w:rFonts w:asciiTheme="minorHAnsi" w:hAnsiTheme="minorHAnsi"/>
                <w:color w:val="auto"/>
                <w:sz w:val="18"/>
                <w:lang w:val="it-IT"/>
              </w:rPr>
              <w:t>(…)</w:t>
            </w:r>
          </w:p>
        </w:tc>
      </w:tr>
      <w:tr w:rsidR="001C15CC" w:rsidRPr="00970ED2" w14:paraId="605E46B3" w14:textId="77777777" w:rsidTr="001C15CC">
        <w:trPr>
          <w:trHeight w:val="510"/>
        </w:trPr>
        <w:tc>
          <w:tcPr>
            <w:tcW w:w="2835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125BD" w14:textId="3C474C49" w:rsidR="001C15CC" w:rsidRPr="00970ED2" w:rsidRDefault="001C15CC" w:rsidP="001C15CC">
            <w:pPr>
              <w:spacing w:after="0" w:line="360" w:lineRule="auto"/>
              <w:jc w:val="right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  <w:r w:rsidRPr="00970ED2">
              <w:rPr>
                <w:rFonts w:asciiTheme="minorHAnsi" w:hAnsiTheme="minorHAnsi"/>
                <w:b/>
                <w:bCs/>
                <w:color w:val="auto"/>
                <w:sz w:val="18"/>
              </w:rPr>
              <w:t>TOTALE</w:t>
            </w:r>
            <w:r w:rsidR="00802A76">
              <w:rPr>
                <w:rFonts w:asciiTheme="minorHAnsi" w:hAnsiTheme="minorHAnsi"/>
                <w:b/>
                <w:bCs/>
                <w:color w:val="auto"/>
                <w:sz w:val="18"/>
              </w:rPr>
              <w:t xml:space="preserve"> €</w:t>
            </w:r>
          </w:p>
        </w:tc>
        <w:tc>
          <w:tcPr>
            <w:tcW w:w="1020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1B27C" w14:textId="77777777" w:rsidR="001C15CC" w:rsidRPr="00970ED2" w:rsidRDefault="001C15CC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</w:p>
        </w:tc>
        <w:tc>
          <w:tcPr>
            <w:tcW w:w="1020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8FBF6" w14:textId="77777777" w:rsidR="001C15CC" w:rsidRPr="00970ED2" w:rsidRDefault="001C15CC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</w:p>
        </w:tc>
        <w:tc>
          <w:tcPr>
            <w:tcW w:w="1020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7000E" w14:textId="77777777" w:rsidR="001C15CC" w:rsidRPr="00970ED2" w:rsidRDefault="001C15CC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</w:p>
        </w:tc>
        <w:tc>
          <w:tcPr>
            <w:tcW w:w="1020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A0450" w14:textId="77777777" w:rsidR="001C15CC" w:rsidRPr="00970ED2" w:rsidRDefault="001C15CC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</w:p>
        </w:tc>
        <w:tc>
          <w:tcPr>
            <w:tcW w:w="1020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421D6" w14:textId="77777777" w:rsidR="001C15CC" w:rsidRPr="00970ED2" w:rsidRDefault="001C15CC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</w:p>
        </w:tc>
        <w:tc>
          <w:tcPr>
            <w:tcW w:w="2230" w:type="dxa"/>
            <w:shd w:val="clear" w:color="auto" w:fill="17365D" w:themeFill="text2" w:themeFillShade="B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31875" w14:textId="77777777" w:rsidR="001C15CC" w:rsidRPr="00970ED2" w:rsidRDefault="001C15CC" w:rsidP="00C27793">
            <w:pPr>
              <w:spacing w:after="0" w:line="360" w:lineRule="auto"/>
              <w:rPr>
                <w:rFonts w:asciiTheme="minorHAnsi" w:hAnsiTheme="minorHAnsi"/>
                <w:b/>
                <w:bCs/>
                <w:color w:val="auto"/>
                <w:sz w:val="18"/>
              </w:rPr>
            </w:pPr>
          </w:p>
        </w:tc>
      </w:tr>
    </w:tbl>
    <w:p w14:paraId="1AB25ECF" w14:textId="77777777" w:rsidR="008A6AF5" w:rsidRPr="00970ED2" w:rsidRDefault="008A6AF5" w:rsidP="00C27793">
      <w:pPr>
        <w:spacing w:after="0" w:line="360" w:lineRule="auto"/>
      </w:pPr>
    </w:p>
    <w:p w14:paraId="290CB987" w14:textId="77777777" w:rsidR="008A17BD" w:rsidRPr="00970ED2" w:rsidRDefault="008A17BD" w:rsidP="00C27793">
      <w:pPr>
        <w:spacing w:after="0" w:line="360" w:lineRule="auto"/>
      </w:pPr>
    </w:p>
    <w:p w14:paraId="626258ED" w14:textId="77777777" w:rsidR="00885DD4" w:rsidRPr="00970ED2" w:rsidRDefault="00BE409C" w:rsidP="00C27793">
      <w:pPr>
        <w:pStyle w:val="Titolo2"/>
        <w:spacing w:before="0" w:line="360" w:lineRule="auto"/>
        <w:rPr>
          <w:rFonts w:asciiTheme="minorHAnsi" w:hAnsiTheme="minorHAnsi"/>
          <w:color w:val="auto"/>
        </w:rPr>
      </w:pPr>
      <w:proofErr w:type="spellStart"/>
      <w:r w:rsidRPr="00970ED2">
        <w:rPr>
          <w:rFonts w:asciiTheme="minorHAnsi" w:hAnsiTheme="minorHAnsi"/>
          <w:color w:val="auto"/>
        </w:rPr>
        <w:t>Dichiarazione</w:t>
      </w:r>
      <w:proofErr w:type="spellEnd"/>
      <w:r w:rsidRPr="00970ED2">
        <w:rPr>
          <w:rFonts w:asciiTheme="minorHAnsi" w:hAnsiTheme="minorHAnsi"/>
          <w:color w:val="auto"/>
        </w:rPr>
        <w:t xml:space="preserve"> del </w:t>
      </w:r>
      <w:proofErr w:type="spellStart"/>
      <w:r w:rsidRPr="00970ED2">
        <w:rPr>
          <w:rFonts w:asciiTheme="minorHAnsi" w:hAnsiTheme="minorHAnsi"/>
          <w:color w:val="auto"/>
        </w:rPr>
        <w:t>responsabile</w:t>
      </w:r>
      <w:proofErr w:type="spellEnd"/>
    </w:p>
    <w:p w14:paraId="71FA5E1A" w14:textId="21F635B8" w:rsidR="00885DD4" w:rsidRPr="00970ED2" w:rsidRDefault="00BE409C" w:rsidP="00C27793">
      <w:pPr>
        <w:spacing w:after="0" w:line="360" w:lineRule="auto"/>
        <w:rPr>
          <w:rFonts w:asciiTheme="minorHAnsi" w:hAnsiTheme="minorHAnsi"/>
          <w:color w:val="auto"/>
          <w:lang w:val="it-IT"/>
        </w:rPr>
      </w:pPr>
      <w:r w:rsidRPr="00970ED2">
        <w:rPr>
          <w:rFonts w:asciiTheme="minorHAnsi" w:hAnsiTheme="minorHAnsi"/>
          <w:color w:val="auto"/>
          <w:lang w:val="it-IT"/>
        </w:rPr>
        <w:t>Il sottoscritto, in qualità di responsabile del presente Piano di attuazione, dichiara che le misure programmate sono state definite in coerenza con gli indirizzi strategici del PGPL 2026–2030 e che le informazioni relative a obiettivi, risorse, responsabilità, indicatori sono state formulate secondo le informazioni disponibili alla data di approvazione.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885DD4" w:rsidRPr="00970ED2" w14:paraId="1F856F43" w14:textId="77777777" w:rsidTr="001C0520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8FBC4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Luogo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e data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F4C77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  <w:tr w:rsidR="00885DD4" w:rsidRPr="00970ED2" w14:paraId="073F14E4" w14:textId="77777777" w:rsidTr="001C0520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A24BF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Nome e </w:t>
            </w: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qualifica</w:t>
            </w:r>
            <w:proofErr w:type="spellEnd"/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09132" w14:textId="7777777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  <w:tr w:rsidR="00885DD4" w:rsidRPr="00CC25C5" w14:paraId="1D56879C" w14:textId="77777777" w:rsidTr="001C0520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12D9F" w14:textId="7B21FB67" w:rsidR="00885DD4" w:rsidRPr="00970ED2" w:rsidRDefault="00BE409C" w:rsidP="00C27793">
            <w:pPr>
              <w:spacing w:after="0" w:line="360" w:lineRule="auto"/>
              <w:rPr>
                <w:rFonts w:asciiTheme="minorHAnsi" w:hAnsiTheme="minorHAnsi"/>
                <w:color w:val="auto"/>
              </w:rPr>
            </w:pPr>
            <w:proofErr w:type="spellStart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>Firma</w:t>
            </w:r>
            <w:proofErr w:type="spellEnd"/>
            <w:r w:rsidRPr="00970ED2">
              <w:rPr>
                <w:rFonts w:asciiTheme="minorHAnsi" w:hAnsiTheme="minorHAnsi"/>
                <w:b/>
                <w:color w:val="auto"/>
                <w:sz w:val="18"/>
              </w:rPr>
              <w:t xml:space="preserve"> 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FE87B" w14:textId="77777777" w:rsidR="00885DD4" w:rsidRPr="00CB1F82" w:rsidRDefault="00BE409C" w:rsidP="00C27793">
            <w:pPr>
              <w:spacing w:after="0" w:line="360" w:lineRule="auto"/>
              <w:rPr>
                <w:rFonts w:asciiTheme="minorHAnsi" w:hAnsiTheme="minorHAnsi"/>
                <w:i/>
                <w:iCs/>
                <w:color w:val="auto"/>
              </w:rPr>
            </w:pPr>
            <w:r w:rsidRPr="00970ED2">
              <w:rPr>
                <w:rFonts w:asciiTheme="minorHAnsi" w:hAnsiTheme="minorHAnsi"/>
                <w:i/>
                <w:iCs/>
                <w:color w:val="auto"/>
                <w:sz w:val="18"/>
              </w:rPr>
              <w:t>[INSERIRE]</w:t>
            </w:r>
          </w:p>
        </w:tc>
      </w:tr>
    </w:tbl>
    <w:p w14:paraId="1B9D25BE" w14:textId="2E1C1F29" w:rsidR="00885DD4" w:rsidRPr="00CC25C5" w:rsidRDefault="00885DD4" w:rsidP="00C27793">
      <w:pPr>
        <w:spacing w:after="0" w:line="360" w:lineRule="auto"/>
        <w:rPr>
          <w:rFonts w:asciiTheme="minorHAnsi" w:hAnsiTheme="minorHAnsi"/>
          <w:color w:val="auto"/>
        </w:rPr>
      </w:pPr>
    </w:p>
    <w:sectPr w:rsidR="00885DD4" w:rsidRPr="00CC25C5" w:rsidSect="00034616">
      <w:footerReference w:type="default" r:id="rId11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AA775" w14:textId="77777777" w:rsidR="001F7779" w:rsidRDefault="001F7779">
      <w:pPr>
        <w:spacing w:after="0" w:line="240" w:lineRule="auto"/>
      </w:pPr>
      <w:r>
        <w:separator/>
      </w:r>
    </w:p>
  </w:endnote>
  <w:endnote w:type="continuationSeparator" w:id="0">
    <w:p w14:paraId="58486D4E" w14:textId="77777777" w:rsidR="001F7779" w:rsidRDefault="001F7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84DAA" w14:textId="77777777" w:rsidR="00885DD4" w:rsidRPr="00B72755" w:rsidRDefault="00BE409C">
    <w:pPr>
      <w:pStyle w:val="Pidipagina"/>
      <w:jc w:val="center"/>
      <w:rPr>
        <w:lang w:val="it-IT"/>
      </w:rPr>
    </w:pPr>
    <w:r w:rsidRPr="00B72755">
      <w:rPr>
        <w:color w:val="777777"/>
        <w:sz w:val="16"/>
        <w:lang w:val="it-IT"/>
      </w:rPr>
      <w:t>Modello operativo – Piano di attuazione PGPL 2026–2030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DDE79" w14:textId="77777777" w:rsidR="001F7779" w:rsidRDefault="001F7779">
      <w:pPr>
        <w:spacing w:after="0" w:line="240" w:lineRule="auto"/>
      </w:pPr>
      <w:r>
        <w:separator/>
      </w:r>
    </w:p>
  </w:footnote>
  <w:footnote w:type="continuationSeparator" w:id="0">
    <w:p w14:paraId="7D09F367" w14:textId="77777777" w:rsidR="001F7779" w:rsidRDefault="001F7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95402"/>
    <w:multiLevelType w:val="multilevel"/>
    <w:tmpl w:val="A03215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3B432D02"/>
    <w:multiLevelType w:val="multilevel"/>
    <w:tmpl w:val="C5ECA1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6674DC4"/>
    <w:multiLevelType w:val="multilevel"/>
    <w:tmpl w:val="A03215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7F524D4A"/>
    <w:multiLevelType w:val="multilevel"/>
    <w:tmpl w:val="A03215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F0C"/>
    <w:rsid w:val="00043B16"/>
    <w:rsid w:val="00060073"/>
    <w:rsid w:val="0006063C"/>
    <w:rsid w:val="000857C4"/>
    <w:rsid w:val="000B09D3"/>
    <w:rsid w:val="000B4773"/>
    <w:rsid w:val="000B655C"/>
    <w:rsid w:val="000B6CBF"/>
    <w:rsid w:val="000C3E87"/>
    <w:rsid w:val="0011771F"/>
    <w:rsid w:val="0015074B"/>
    <w:rsid w:val="001522D7"/>
    <w:rsid w:val="00166F9E"/>
    <w:rsid w:val="00171B73"/>
    <w:rsid w:val="00171C27"/>
    <w:rsid w:val="001720BF"/>
    <w:rsid w:val="00186123"/>
    <w:rsid w:val="00190057"/>
    <w:rsid w:val="001C0520"/>
    <w:rsid w:val="001C15CC"/>
    <w:rsid w:val="001F7779"/>
    <w:rsid w:val="00202672"/>
    <w:rsid w:val="002122A3"/>
    <w:rsid w:val="0022639F"/>
    <w:rsid w:val="00230417"/>
    <w:rsid w:val="0029639D"/>
    <w:rsid w:val="0029778D"/>
    <w:rsid w:val="002D42E1"/>
    <w:rsid w:val="00326F90"/>
    <w:rsid w:val="0033434B"/>
    <w:rsid w:val="00335776"/>
    <w:rsid w:val="003774A1"/>
    <w:rsid w:val="003C3D71"/>
    <w:rsid w:val="003D3838"/>
    <w:rsid w:val="003D7388"/>
    <w:rsid w:val="003E191A"/>
    <w:rsid w:val="0044278F"/>
    <w:rsid w:val="004666C6"/>
    <w:rsid w:val="00497DE2"/>
    <w:rsid w:val="004C7F1F"/>
    <w:rsid w:val="004D4BE7"/>
    <w:rsid w:val="004E4D5D"/>
    <w:rsid w:val="004F1211"/>
    <w:rsid w:val="00524C01"/>
    <w:rsid w:val="00533D26"/>
    <w:rsid w:val="00543430"/>
    <w:rsid w:val="00550050"/>
    <w:rsid w:val="005713E6"/>
    <w:rsid w:val="005A74A9"/>
    <w:rsid w:val="00612C3B"/>
    <w:rsid w:val="00666A3C"/>
    <w:rsid w:val="00684168"/>
    <w:rsid w:val="006B39D3"/>
    <w:rsid w:val="006D6405"/>
    <w:rsid w:val="006D7DFC"/>
    <w:rsid w:val="006F2942"/>
    <w:rsid w:val="00702196"/>
    <w:rsid w:val="007142AE"/>
    <w:rsid w:val="0072062B"/>
    <w:rsid w:val="00741CBE"/>
    <w:rsid w:val="0078727D"/>
    <w:rsid w:val="007E563C"/>
    <w:rsid w:val="00802A76"/>
    <w:rsid w:val="0081781C"/>
    <w:rsid w:val="0083162A"/>
    <w:rsid w:val="00857D98"/>
    <w:rsid w:val="00862CF5"/>
    <w:rsid w:val="00885DD4"/>
    <w:rsid w:val="008A17BD"/>
    <w:rsid w:val="008A6AF5"/>
    <w:rsid w:val="008F2D03"/>
    <w:rsid w:val="009105AC"/>
    <w:rsid w:val="009266EC"/>
    <w:rsid w:val="0093711B"/>
    <w:rsid w:val="00962D6A"/>
    <w:rsid w:val="00970ED2"/>
    <w:rsid w:val="0099436E"/>
    <w:rsid w:val="009A71B8"/>
    <w:rsid w:val="00A477CD"/>
    <w:rsid w:val="00A6467E"/>
    <w:rsid w:val="00AA1D8D"/>
    <w:rsid w:val="00AD0950"/>
    <w:rsid w:val="00AE5437"/>
    <w:rsid w:val="00B24A30"/>
    <w:rsid w:val="00B44517"/>
    <w:rsid w:val="00B47730"/>
    <w:rsid w:val="00B62BEC"/>
    <w:rsid w:val="00B72755"/>
    <w:rsid w:val="00B77CB9"/>
    <w:rsid w:val="00B82C0D"/>
    <w:rsid w:val="00B83487"/>
    <w:rsid w:val="00B92F83"/>
    <w:rsid w:val="00B9419B"/>
    <w:rsid w:val="00BB469A"/>
    <w:rsid w:val="00BE409C"/>
    <w:rsid w:val="00BF328C"/>
    <w:rsid w:val="00C27793"/>
    <w:rsid w:val="00C3305F"/>
    <w:rsid w:val="00CB0664"/>
    <w:rsid w:val="00CB1F82"/>
    <w:rsid w:val="00CC25C5"/>
    <w:rsid w:val="00D10627"/>
    <w:rsid w:val="00D14CDA"/>
    <w:rsid w:val="00D665FC"/>
    <w:rsid w:val="00DC210E"/>
    <w:rsid w:val="00E04873"/>
    <w:rsid w:val="00E04978"/>
    <w:rsid w:val="00E35C5F"/>
    <w:rsid w:val="00E57E1A"/>
    <w:rsid w:val="00EE51E5"/>
    <w:rsid w:val="00F04516"/>
    <w:rsid w:val="00F25B59"/>
    <w:rsid w:val="00F37D98"/>
    <w:rsid w:val="00F85756"/>
    <w:rsid w:val="00FB4CF7"/>
    <w:rsid w:val="00FC0026"/>
    <w:rsid w:val="00FC693F"/>
    <w:rsid w:val="00FE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1AF15"/>
  <w14:defaultImageDpi w14:val="300"/>
  <w15:docId w15:val="{038ABEC5-05C7-4090-AA5D-EFF2655E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71B8"/>
    <w:rPr>
      <w:rFonts w:ascii="Aptos" w:hAnsi="Aptos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5B5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truzione">
    <w:name w:val="Istruzione"/>
    <w:rPr>
      <w:rFonts w:ascii="Aptos" w:hAnsi="Aptos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1A96D7DD75AE42A2B900031EAC4E46" ma:contentTypeVersion="2" ma:contentTypeDescription="Creare un nuovo documento." ma:contentTypeScope="" ma:versionID="424f5aeb386f4a73bd4252444f78bd6a">
  <xsd:schema xmlns:xsd="http://www.w3.org/2001/XMLSchema" xmlns:xs="http://www.w3.org/2001/XMLSchema" xmlns:p="http://schemas.microsoft.com/office/2006/metadata/properties" xmlns:ns2="4a45acfc-1b2d-40ea-ab08-094ead1125ba" targetNamespace="http://schemas.microsoft.com/office/2006/metadata/properties" ma:root="true" ma:fieldsID="36b8b0004ac5813d956465805d160de0" ns2:_="">
    <xsd:import namespace="4a45acfc-1b2d-40ea-ab08-094ead1125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5acfc-1b2d-40ea-ab08-094ead1125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1D7D16-6637-4A1F-B3BA-47293C49E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5acfc-1b2d-40ea-ab08-094ead112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A31622-F32C-4EC0-8AC8-6DA44E532E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D9975D-4B74-43F8-9501-D658D65966F6}">
  <ds:schemaRefs>
    <ds:schemaRef ds:uri="http://schemas.microsoft.com/office/2006/documentManagement/types"/>
    <ds:schemaRef ds:uri="http://schemas.microsoft.com/office/infopath/2007/PartnerControls"/>
    <ds:schemaRef ds:uri="4a45acfc-1b2d-40ea-ab08-094ead1125ba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485</Words>
  <Characters>2767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operativo – Piano di attuazione PGPL 2026–2030</vt:lpstr>
      <vt:lpstr/>
    </vt:vector>
  </TitlesOfParts>
  <Manager/>
  <Company/>
  <LinksUpToDate>false</LinksUpToDate>
  <CharactersWithSpaces>3246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operativo – Piano di attuazione PGPL 2026–2030</dc:title>
  <dc:subject>Formulario comune per la predisposizione dei piani di attuazione in attuazione del § 2.3 del PGPL 2026–2030</dc:subject>
  <dc:creator>OpenAI</dc:creator>
  <cp:keywords>PGPL 2026-2030, ARLeF, lingua friulana, piano di attuazione, indicatori, monitoraggio</cp:keywords>
  <dc:description>generated by python-docx</dc:description>
  <cp:lastModifiedBy>Cornacchini Valentina</cp:lastModifiedBy>
  <cp:revision>2</cp:revision>
  <dcterms:created xsi:type="dcterms:W3CDTF">2026-09-16T06:50:00Z</dcterms:created>
  <dcterms:modified xsi:type="dcterms:W3CDTF">2026-09-16T06:50:00Z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0x010100BD1A96D7DD75AE42A2B900031EAC4E46</vt:lpwstr>
  </property>
</Properties>
</file>